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ABAIXO-ASSINADO</w:t>
      </w:r>
    </w:p>
    <w:p>
      <w:pPr>
        <w:jc w:val="center"/>
      </w:pPr>
      <w:r>
        <w:rPr>
          <w:b/>
          <w:sz w:val="22"/>
        </w:rPr>
        <w:t>Requerimento ao Poder Público Municipal</w:t>
      </w:r>
    </w:p>
    <w:p/>
    <w:p/>
    <w:p>
      <w:r>
        <w:rPr>
          <w:b w:val="0"/>
          <w:sz w:val="20"/>
        </w:rPr>
        <w:t>Nós, cidadãos e cidadãs abaixo assinados, residentes e domiciliados no Município de ___________________, Estado de ________________, vimos por meio deste abaixo-assinado apresentar o seguinte requerimento ao Excelentíssimo Senhor Prefeito Municipal, fundamentando-nos no direito à participação popular previsto na Constituição Federal e demais legislações vigentes.</w:t>
      </w:r>
    </w:p>
    <w:p/>
    <w:p>
      <w:r>
        <w:rPr>
          <w:b/>
          <w:sz w:val="20"/>
        </w:rPr>
        <w:t>I – DOS FATOS E MOTIVAÇÃO:</w:t>
      </w:r>
    </w:p>
    <w:p>
      <w:r>
        <w:rPr>
          <w:b w:val="0"/>
          <w:sz w:val="20"/>
        </w:rPr>
        <w:t>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</w:t>
      </w:r>
    </w:p>
    <w:p/>
    <w:p>
      <w:r>
        <w:rPr>
          <w:b/>
          <w:sz w:val="20"/>
        </w:rPr>
        <w:t>II – DO PEDIDO:</w:t>
      </w:r>
    </w:p>
    <w:p>
      <w:r>
        <w:rPr>
          <w:b w:val="0"/>
          <w:sz w:val="20"/>
        </w:rPr>
        <w:t>Diante dos fatos expostos, requeremos que o Poder Executivo Municipal adote as providências necessárias para:</w:t>
      </w:r>
    </w:p>
    <w:p>
      <w:r>
        <w:rPr>
          <w:b w:val="0"/>
          <w:sz w:val="20"/>
        </w:rPr>
        <w:t>- ____________________________________________________________________________________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____________________________________________________________________________________</w:t>
      </w:r>
    </w:p>
    <w:p/>
    <w:p>
      <w:r>
        <w:rPr>
          <w:b/>
          <w:sz w:val="20"/>
        </w:rPr>
        <w:t>III – DA JUSTIFICATIVA:</w:t>
      </w:r>
    </w:p>
    <w:p>
      <w:r>
        <w:rPr>
          <w:b w:val="0"/>
          <w:sz w:val="20"/>
        </w:rPr>
        <w:t>Este abaixo-assinado visa promover a melhoria da qualidade de vida dos moradores do município, garantindo direitos e atendendo às necessidades manifestadas pela comunidade, conforme previsto na legislação de participação popular.</w:t>
      </w:r>
    </w:p>
    <w:p/>
    <w:p/>
    <w:p>
      <w:r>
        <w:rPr>
          <w:b w:val="0"/>
          <w:sz w:val="20"/>
        </w:rPr>
        <w:t>Contamos com a atenção e o atendimento deste requerimento, certos de que o Poder Público Municipal atuará em consonância com os interesses da população e com os princípios da legalidade, moralidade, eficiência e transparência.</w:t>
      </w:r>
    </w:p>
    <w:p/>
    <w:p/>
    <w:p/>
    <w:p>
      <w:r>
        <w:rPr>
          <w:b w:val="0"/>
          <w:sz w:val="20"/>
        </w:rPr>
        <w:t>Local: ________________________________     Município: ________________________________</w:t>
      </w:r>
    </w:p>
    <w:p/>
    <w:p/>
    <w:tbl>
      <w:tblPr>
        <w:tblW w:type="auto" w:w="0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Nome Completo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Documento de Identidade (RG)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Assinatura</w:t>
            </w:r>
          </w:p>
        </w:tc>
      </w:tr>
      <w:tr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</w:tbl>
    <w:p/>
    <w:p/>
    <w:p>
      <w:r>
        <w:rPr>
          <w:b/>
          <w:sz w:val="20"/>
        </w:rPr>
        <w:t>Observações:</w:t>
      </w:r>
    </w:p>
    <w:p>
      <w:r>
        <w:rPr>
          <w:b w:val="0"/>
          <w:sz w:val="20"/>
        </w:rPr>
        <w:t>- Este documento deve ser preenchido com os dados reais e assinaturas dos cidadãos participantes.</w:t>
      </w:r>
    </w:p>
    <w:p>
      <w:r>
        <w:rPr>
          <w:b w:val="0"/>
          <w:sz w:val="20"/>
        </w:rPr>
        <w:t>- O abaixo-assinado tem validade jurídica para fins de encaminhamentos e requerimentos junto à Prefeitura Municipal.</w:t>
      </w:r>
    </w:p>
    <w:p>
      <w:r>
        <w:rPr>
          <w:b w:val="0"/>
          <w:sz w:val="20"/>
        </w:rPr>
        <w:t>- Recomenda-se que cópias deste documento sejam arquivadas pelos organizadores para eventual comprovação.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https://modelo-juris.com/abaixo-assinado-para-prefeitura/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abaixo-assinado-para-prefeitura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