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ARBITRAMENTO DE HONORÁRIOS</w:t>
      </w:r>
    </w:p>
    <w:p/>
    <w:p/>
    <w:p>
      <w:r>
        <w:rPr>
          <w:b/>
          <w:i w:val="0"/>
          <w:sz w:val="22"/>
        </w:rPr>
        <w:t>EXCELENTÍSSIMO(A) SENHOR(A) DOUTOR(A) JUIZ(A) DE DIREITO DA ___ VARA CÍVEL DA COMARCA DE ____________________</w:t>
      </w:r>
    </w:p>
    <w:p/>
    <w:p/>
    <w:p>
      <w:r>
        <w:rPr>
          <w:b/>
          <w:i w:val="0"/>
          <w:sz w:val="22"/>
        </w:rPr>
        <w:t>REQUERENTE:</w:t>
      </w:r>
    </w:p>
    <w:p>
      <w:r>
        <w:rPr>
          <w:b w:val="0"/>
          <w:i w:val="0"/>
          <w:sz w:val="22"/>
        </w:rPr>
        <w:t>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</w:t>
      </w:r>
    </w:p>
    <w:p>
      <w:r>
        <w:rPr>
          <w:b w:val="0"/>
          <w:i w:val="0"/>
          <w:sz w:val="22"/>
        </w:rPr>
        <w:t>CPF: _____________________________________________________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</w:t>
      </w:r>
    </w:p>
    <w:p>
      <w:r>
        <w:rPr>
          <w:b w:val="0"/>
          <w:i w:val="0"/>
          <w:sz w:val="22"/>
        </w:rPr>
        <w:t>TELEFONE: 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</w:t>
      </w:r>
    </w:p>
    <w:p/>
    <w:p>
      <w:r>
        <w:rPr>
          <w:b/>
          <w:i w:val="0"/>
          <w:sz w:val="22"/>
        </w:rPr>
        <w:t>REQUERIDO:</w:t>
      </w:r>
    </w:p>
    <w:p>
      <w:r>
        <w:rPr>
          <w:b w:val="0"/>
          <w:i w:val="0"/>
          <w:sz w:val="22"/>
        </w:rPr>
        <w:t>__________________________________________________________</w:t>
      </w:r>
    </w:p>
    <w:p>
      <w:r>
        <w:rPr>
          <w:b w:val="0"/>
          <w:i w:val="0"/>
          <w:sz w:val="22"/>
        </w:rPr>
        <w:t>NACIONALIDADE: ____________________________________________</w:t>
      </w:r>
    </w:p>
    <w:p>
      <w:r>
        <w:rPr>
          <w:b w:val="0"/>
          <w:i w:val="0"/>
          <w:sz w:val="22"/>
        </w:rPr>
        <w:t>ESTADO CIVIL: _____________________________________________</w:t>
      </w:r>
    </w:p>
    <w:p>
      <w:r>
        <w:rPr>
          <w:b w:val="0"/>
          <w:i w:val="0"/>
          <w:sz w:val="22"/>
        </w:rPr>
        <w:t>PROFISSÃO: _______________________________________________</w:t>
      </w:r>
    </w:p>
    <w:p>
      <w:r>
        <w:rPr>
          <w:b w:val="0"/>
          <w:i w:val="0"/>
          <w:sz w:val="22"/>
        </w:rPr>
        <w:t>DOCUMENTO DE IDENTIDADE (RG): ___________________________</w:t>
      </w:r>
    </w:p>
    <w:p>
      <w:r>
        <w:rPr>
          <w:b w:val="0"/>
          <w:i w:val="0"/>
          <w:sz w:val="22"/>
        </w:rPr>
        <w:t>CPF/CNPJ: ________________________________________________</w:t>
      </w:r>
    </w:p>
    <w:p>
      <w:r>
        <w:rPr>
          <w:b w:val="0"/>
          <w:i w:val="0"/>
          <w:sz w:val="22"/>
        </w:rPr>
        <w:t>ENDEREÇO COMPLETO: _______________________________________</w:t>
      </w:r>
    </w:p>
    <w:p>
      <w:r>
        <w:rPr>
          <w:b w:val="0"/>
          <w:i w:val="0"/>
          <w:sz w:val="22"/>
        </w:rPr>
        <w:t>TELEFONE: ________________________________________________</w:t>
      </w:r>
    </w:p>
    <w:p>
      <w:r>
        <w:rPr>
          <w:b w:val="0"/>
          <w:i w:val="0"/>
          <w:sz w:val="22"/>
        </w:rPr>
        <w:t>E-MAIL: _________________________________________________</w:t>
      </w:r>
    </w:p>
    <w:p/>
    <w:p/>
    <w:p>
      <w:r>
        <w:rPr>
          <w:b/>
          <w:sz w:val="22"/>
        </w:rPr>
        <w:t>I - DOS FATOS</w:t>
      </w:r>
    </w:p>
    <w:p>
      <w:pPr>
        <w:jc w:val="both"/>
      </w:pPr>
      <w:r>
        <w:rPr>
          <w:b w:val="0"/>
          <w:i w:val="0"/>
          <w:sz w:val="22"/>
        </w:rPr>
        <w:t>O requerente atuou como advogado nos autos do processo nº ________________, onde representou o(a) autor(a) / réu(ré) em demanda judicial no âmbito da __ Vara __ da Comarca de _______________, tendo desempenhado suas atividades com zelo, dedicação e profissionalismo, obtendo resultados relevantes para seus constituintes.</w:t>
      </w:r>
    </w:p>
    <w:p/>
    <w:p>
      <w:pPr>
        <w:jc w:val="both"/>
      </w:pPr>
      <w:r>
        <w:rPr>
          <w:b w:val="0"/>
          <w:i w:val="0"/>
          <w:sz w:val="22"/>
        </w:rPr>
        <w:t>Não obstante a atuação destacada e os serviços prestados, os honorários advocatícios não foram fixados, pagos ou foram exigidos em valor inferior ao devido, razão pela qual se faz necessária a presente ação de arbitramento de honorários advocatícios, nos termos do artigo 22 e seguintes da Lei nº 8.906/94 (Estatuto da Advocacia e da OAB) e do artigo 85 do Código de Processo Civil.</w:t>
      </w:r>
    </w:p>
    <w:p/>
    <w:p/>
    <w:p>
      <w:r>
        <w:rPr>
          <w:b/>
          <w:sz w:val="22"/>
        </w:rPr>
        <w:t>II - DO DIREITO</w:t>
      </w:r>
    </w:p>
    <w:p>
      <w:pPr>
        <w:jc w:val="both"/>
      </w:pPr>
      <w:r>
        <w:rPr>
          <w:b w:val="0"/>
          <w:i w:val="0"/>
          <w:sz w:val="22"/>
        </w:rPr>
        <w:t>Nos termos do artigo 22 da Lei nº 8.906/94, são devidos honorários advocatícios pelos serviços profissionais prestados, sendo direito do advogado percebê-los em conformidade com o trabalho realizado, o tempo despendido, a complexidade da causa e o valor econômico envolvido.</w:t>
      </w:r>
    </w:p>
    <w:p/>
    <w:p>
      <w:pPr>
        <w:jc w:val="both"/>
      </w:pPr>
      <w:r>
        <w:rPr>
          <w:b w:val="0"/>
          <w:i w:val="0"/>
          <w:sz w:val="22"/>
        </w:rPr>
        <w:t>O Código de Processo Civil, em seu artigo 85, reforça o direito aos honorários, estabelecendo sua fixação entre o mínimo de 10% e o máximo de 20% sobre o valor da condenação, do proveito econômico obtido ou, não sendo possível mensurá-lo, devem ser arbitrados equitativamente pelo juiz.</w:t>
      </w:r>
    </w:p>
    <w:p/>
    <w:p>
      <w:pPr>
        <w:jc w:val="both"/>
      </w:pPr>
      <w:r>
        <w:rPr>
          <w:b w:val="0"/>
          <w:i w:val="0"/>
          <w:sz w:val="22"/>
        </w:rPr>
        <w:t>Neste sentido, considerando a ausência de acordo entre as partes e a necessidade de justa remuneração pelo trabalho desempenhado, requer-se o arbitramento judicial dos honorários advocatícios pela presente demanda.</w:t>
      </w:r>
    </w:p>
    <w:p/>
    <w:p/>
    <w:p>
      <w:r>
        <w:rPr>
          <w:b/>
          <w:sz w:val="22"/>
        </w:rPr>
        <w:t>III - DOS PEDIDOS</w:t>
      </w:r>
    </w:p>
    <w:p>
      <w:r>
        <w:rPr>
          <w:b/>
          <w:i w:val="0"/>
          <w:sz w:val="22"/>
        </w:rPr>
        <w:t>Diante do exposto, requer-se:</w:t>
      </w:r>
    </w:p>
    <w:p/>
    <w:p>
      <w:r>
        <w:rPr>
          <w:b w:val="0"/>
          <w:i w:val="0"/>
          <w:sz w:val="22"/>
        </w:rPr>
        <w:t>1. O recebimento da presente ação de arbitramento de honorários advocatícios, com a citação do(a) requerido(a) para, querendo, apresentar defesa;</w:t>
      </w:r>
    </w:p>
    <w:p>
      <w:r>
        <w:rPr>
          <w:b w:val="0"/>
          <w:i w:val="0"/>
          <w:sz w:val="22"/>
        </w:rPr>
        <w:t>2. O arbitramento dos honorários advocatícios em valor justo e compatível com a relevância do trabalho desempenhado, observando-se os parâmetros legais e a complexidade da causa;</w:t>
      </w:r>
    </w:p>
    <w:p>
      <w:r>
        <w:rPr>
          <w:b w:val="0"/>
          <w:i w:val="0"/>
          <w:sz w:val="22"/>
        </w:rPr>
        <w:t>3. A condenação do(a) requerido(a) ao pagamento dos honorários advocatícios arbitrados, acrescidos de correção monetária e juros legais desde a data do arbitramento;</w:t>
      </w:r>
    </w:p>
    <w:p>
      <w:r>
        <w:rPr>
          <w:b w:val="0"/>
          <w:i w:val="0"/>
          <w:sz w:val="22"/>
        </w:rPr>
        <w:t>4. A condenação do(a) requerido(a) ao pagamento das custas processuais e demais despesas decorrentes do presente feito;</w:t>
      </w:r>
    </w:p>
    <w:p>
      <w:r>
        <w:rPr>
          <w:b w:val="0"/>
          <w:i w:val="0"/>
          <w:sz w:val="22"/>
        </w:rPr>
        <w:t>5. A produção de todas as provas admitidas em direito, especialmente documental, pericial e testemunhal, caso necessário;</w:t>
      </w:r>
    </w:p>
    <w:p>
      <w:r>
        <w:rPr>
          <w:b w:val="0"/>
          <w:i w:val="0"/>
          <w:sz w:val="22"/>
        </w:rPr>
        <w:t>6. A concessão dos benefícios da justiça gratuita, caso preenchidos os requisitos legais;</w:t>
      </w:r>
    </w:p>
    <w:p/>
    <w:p/>
    <w:p>
      <w:r>
        <w:rPr>
          <w:b/>
          <w:sz w:val="22"/>
        </w:rPr>
        <w:t>IV - DO VALOR DA CAUSA</w:t>
      </w:r>
    </w:p>
    <w:p>
      <w:r>
        <w:rPr>
          <w:b w:val="0"/>
          <w:i w:val="0"/>
          <w:sz w:val="22"/>
        </w:rPr>
        <w:t>Atribui-se à presente causa o valor de R$ ____________________________________ (valor arbitrado para fins fiscais).</w:t>
      </w:r>
    </w:p>
    <w:p/>
    <w:p/>
    <w:p/>
    <w:p>
      <w:r>
        <w:rPr>
          <w:b w:val="0"/>
          <w:i w:val="0"/>
          <w:sz w:val="22"/>
        </w:rPr>
        <w:t>______________________________, __ de _____________________ de _______.</w:t>
      </w:r>
    </w:p>
    <w:p/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__________________________________________</w:t>
      </w:r>
    </w:p>
    <w:p>
      <w:pPr>
        <w:jc w:val="center"/>
      </w:pPr>
      <w:r>
        <w:rPr>
          <w:b w:val="0"/>
          <w:i w:val="0"/>
          <w:sz w:val="22"/>
        </w:rPr>
        <w:t>Nome do Advogado</w:t>
      </w:r>
    </w:p>
    <w:p>
      <w:pPr>
        <w:jc w:val="center"/>
      </w:pPr>
      <w:r>
        <w:rPr>
          <w:b w:val="0"/>
          <w:i w:val="0"/>
          <w:sz w:val="22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https://modelo-juris.com/acao-de-arbitramento-de-honorarios/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e-arbitramento-de-honorari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