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AÇÃO DE PRODUÇÃO ANTECIPADA DE PROVAS</w:t>
      </w:r>
    </w:p>
    <w:p/>
    <w:p>
      <w:r>
        <w:rPr>
          <w:b w:val="0"/>
          <w:sz w:val="20"/>
        </w:rPr>
        <w:t>EXCELENTÍSSIMO(A) SENHOR(A) DOUTOR(A) JUIZ(A) DE DIREITO DA ___ VARA CÍVEL DA COMARCA DE ____________________</w:t>
      </w:r>
    </w:p>
    <w:p/>
    <w:p>
      <w:r>
        <w:rPr>
          <w:b w:val="0"/>
          <w:sz w:val="20"/>
        </w:rPr>
        <w:t>NOME DO REQUERENTE: _____________________________________________________________</w:t>
      </w:r>
    </w:p>
    <w:p>
      <w:r>
        <w:rPr>
          <w:b w:val="0"/>
          <w:sz w:val="20"/>
        </w:rPr>
        <w:t>NACIONALIDADE: _________________________________________________________________</w:t>
      </w:r>
    </w:p>
    <w:p>
      <w:r>
        <w:rPr>
          <w:b w:val="0"/>
          <w:sz w:val="20"/>
        </w:rPr>
        <w:t>ESTADO CIVIL: _________________________________________________________________</w:t>
      </w:r>
    </w:p>
    <w:p>
      <w:r>
        <w:rPr>
          <w:b w:val="0"/>
          <w:sz w:val="20"/>
        </w:rPr>
        <w:t>PROFISSÃO: ___________________________________________________________________</w:t>
      </w:r>
    </w:p>
    <w:p>
      <w:r>
        <w:rPr>
          <w:b w:val="0"/>
          <w:sz w:val="20"/>
        </w:rPr>
        <w:t>CPF: _________________________________________________________________________</w:t>
      </w:r>
    </w:p>
    <w:p>
      <w:r>
        <w:rPr>
          <w:b w:val="0"/>
          <w:sz w:val="20"/>
        </w:rPr>
        <w:t>RG: __________________________________________________________________________</w:t>
      </w:r>
    </w:p>
    <w:p>
      <w:r>
        <w:rPr>
          <w:b w:val="0"/>
          <w:sz w:val="20"/>
        </w:rPr>
        <w:t>ENDEREÇO COMPLETO: ____________________________________________________________</w:t>
      </w:r>
    </w:p>
    <w:p>
      <w:r>
        <w:rPr>
          <w:b w:val="0"/>
          <w:sz w:val="20"/>
        </w:rPr>
        <w:t>E-MAIL: ______________________________________________________________________</w:t>
      </w:r>
    </w:p>
    <w:p>
      <w:r>
        <w:rPr>
          <w:b w:val="0"/>
          <w:sz w:val="20"/>
        </w:rPr>
        <w:t>TELEFONE: ____________________________________________________________________</w:t>
      </w:r>
    </w:p>
    <w:p/>
    <w:p>
      <w:r>
        <w:rPr>
          <w:b w:val="0"/>
          <w:sz w:val="20"/>
        </w:rPr>
        <w:t>NOME DO REQUERIDO: _____________________________________________________________</w:t>
      </w:r>
    </w:p>
    <w:p>
      <w:r>
        <w:rPr>
          <w:b w:val="0"/>
          <w:sz w:val="20"/>
        </w:rPr>
        <w:t>NACIONALIDADE: _________________________________________________________________</w:t>
      </w:r>
    </w:p>
    <w:p>
      <w:r>
        <w:rPr>
          <w:b w:val="0"/>
          <w:sz w:val="20"/>
        </w:rPr>
        <w:t>ESTADO CIVIL: _________________________________________________________________</w:t>
      </w:r>
    </w:p>
    <w:p>
      <w:r>
        <w:rPr>
          <w:b w:val="0"/>
          <w:sz w:val="20"/>
        </w:rPr>
        <w:t>PROFISSÃO: ___________________________________________________________________</w:t>
      </w:r>
    </w:p>
    <w:p>
      <w:r>
        <w:rPr>
          <w:b w:val="0"/>
          <w:sz w:val="20"/>
        </w:rPr>
        <w:t>CPF/CNPJ: ____________________________________________________________________</w:t>
      </w:r>
    </w:p>
    <w:p>
      <w:r>
        <w:rPr>
          <w:b w:val="0"/>
          <w:sz w:val="20"/>
        </w:rPr>
        <w:t>RG/INSCRIÇÃO ESTADUAL: ________________________________________________________</w:t>
      </w:r>
    </w:p>
    <w:p>
      <w:r>
        <w:rPr>
          <w:b w:val="0"/>
          <w:sz w:val="20"/>
        </w:rPr>
        <w:t>ENDEREÇO COMPLETO: ____________________________________________________________</w:t>
      </w:r>
    </w:p>
    <w:p>
      <w:r>
        <w:rPr>
          <w:b w:val="0"/>
          <w:sz w:val="20"/>
        </w:rPr>
        <w:t>E-MAIL: ______________________________________________________________________</w:t>
      </w:r>
    </w:p>
    <w:p>
      <w:r>
        <w:rPr>
          <w:b w:val="0"/>
          <w:sz w:val="20"/>
        </w:rPr>
        <w:t>TELEFONE: ____________________________________________________________________</w:t>
      </w:r>
    </w:p>
    <w:p/>
    <w:p>
      <w:r>
        <w:rPr>
          <w:b/>
          <w:sz w:val="22"/>
        </w:rPr>
        <w:t>I – DOS FATOS</w:t>
      </w:r>
    </w:p>
    <w:p/>
    <w:p>
      <w:r>
        <w:rPr>
          <w:b w:val="0"/>
          <w:sz w:val="20"/>
        </w:rPr>
        <w:t>1. O Requerente pretende promover ação principal em face do Requerido, cujo objeto consiste em ________________________________________________________________________.</w:t>
      </w:r>
    </w:p>
    <w:p>
      <w:r>
        <w:rPr>
          <w:b w:val="0"/>
          <w:sz w:val="20"/>
        </w:rPr>
        <w:t>2. Contudo, há risco de perecimento ou difícil obtenção da prova necessária para o deslinde da causa, visto que ________________________________________________________________________.</w:t>
      </w:r>
    </w:p>
    <w:p>
      <w:r>
        <w:rPr>
          <w:b w:val="0"/>
          <w:sz w:val="20"/>
        </w:rPr>
        <w:t>3. Dessa forma, mostra-se imprescindível a produção antecipada da prova, nos termos do artigo 381 e seguintes do Código de Processo Civil, para assegurar o direito do Requerente.</w:t>
      </w:r>
    </w:p>
    <w:p/>
    <w:p>
      <w:r>
        <w:rPr>
          <w:b/>
          <w:sz w:val="22"/>
        </w:rPr>
        <w:t>II – DO DIREITO</w:t>
      </w:r>
    </w:p>
    <w:p/>
    <w:p>
      <w:r>
        <w:rPr>
          <w:b w:val="0"/>
          <w:sz w:val="20"/>
        </w:rPr>
        <w:t>4. O artigo 381 do CPC prevê a possibilidade de produção antecipada da prova, inclusive quando houver fundado receio de que venha a se tornar impossível ou muito difícil a verificação de determinados fatos em momento posterior.</w:t>
      </w:r>
    </w:p>
    <w:p>
      <w:r>
        <w:rPr>
          <w:b w:val="0"/>
          <w:sz w:val="20"/>
        </w:rPr>
        <w:t>5. A jurisprudência consolidada do Superior Tribunal de Justiça confirma o cabimento da medida quando presentes a probabilidade do direito e o perigo de dano ou risco ao resultado útil do processo.</w:t>
      </w:r>
    </w:p>
    <w:p/>
    <w:p>
      <w:r>
        <w:rPr>
          <w:b/>
          <w:sz w:val="22"/>
        </w:rPr>
        <w:t>III – DA PROVA A SER PRODUZIDA</w:t>
      </w:r>
    </w:p>
    <w:p/>
    <w:p>
      <w:r>
        <w:rPr>
          <w:b/>
          <w:sz w:val="20"/>
        </w:rPr>
        <w:t>6. O Requerente requer a produção antecipada da seguinte prova:</w:t>
      </w:r>
    </w:p>
    <w:p>
      <w:r>
        <w:rPr>
          <w:b/>
          <w:sz w:val="20"/>
        </w:rPr>
        <w:t xml:space="preserve">   a) _______________________________________________ (descrever detalhadamente o tipo da prova que se pretende produzir antecipadamente);</w:t>
      </w:r>
    </w:p>
    <w:p>
      <w:r>
        <w:rPr>
          <w:b/>
          <w:sz w:val="20"/>
        </w:rPr>
        <w:t xml:space="preserve">   b) _______________________________________________ (documentação, perícia, depoimentos, etc.);</w:t>
      </w:r>
    </w:p>
    <w:p>
      <w:r>
        <w:rPr>
          <w:b w:val="0"/>
          <w:sz w:val="20"/>
        </w:rPr>
        <w:t xml:space="preserve">   c) ________________________________________________________________________.</w:t>
      </w:r>
    </w:p>
    <w:p/>
    <w:p>
      <w:r>
        <w:rPr>
          <w:b/>
          <w:sz w:val="22"/>
        </w:rPr>
        <w:t>IV – DOS PEDIDOS</w:t>
      </w:r>
    </w:p>
    <w:p/>
    <w:p>
      <w:r>
        <w:rPr>
          <w:b/>
          <w:sz w:val="20"/>
        </w:rPr>
        <w:t>Diante do exposto, requer-se a Vossa Excelência:</w:t>
      </w:r>
    </w:p>
    <w:p/>
    <w:p>
      <w:r>
        <w:rPr>
          <w:b/>
          <w:sz w:val="20"/>
        </w:rPr>
        <w:t>a) A concessão da produção antecipada da prova acima especificada, determinando-se as providências necessárias para sua realização;</w:t>
      </w:r>
    </w:p>
    <w:p>
      <w:r>
        <w:rPr>
          <w:b/>
          <w:sz w:val="20"/>
        </w:rPr>
        <w:t>b) A intimação do Requerido para que, querendo, acompanhe a produção da prova, sendo-lhe facultado apresentar impugnação, caso existam questões incidentais;</w:t>
      </w:r>
    </w:p>
    <w:p>
      <w:r>
        <w:rPr>
          <w:b/>
          <w:sz w:val="20"/>
        </w:rPr>
        <w:t>c) A expedição de ofícios e demais medidas necessárias para o cumprimento da decisão, caso seja necessária a intervenção de terceiros ou órgãos competentes;</w:t>
      </w:r>
    </w:p>
    <w:p>
      <w:r>
        <w:rPr>
          <w:b/>
          <w:sz w:val="20"/>
        </w:rPr>
        <w:t>d) A condenação do Requerido ao pagamento das custas e despesas processuais, caso haja resistência injustificada;</w:t>
      </w:r>
    </w:p>
    <w:p>
      <w:r>
        <w:rPr>
          <w:b w:val="0"/>
          <w:sz w:val="20"/>
        </w:rPr>
        <w:t>e) Por fim, a produção de todas as provas em direito admitidas para comprovação do alegado, inclusive documental, pericial, testemunhal e depoimento pessoal do Requerido.</w:t>
      </w:r>
    </w:p>
    <w:p/>
    <w:p>
      <w:r>
        <w:rPr>
          <w:b/>
          <w:sz w:val="20"/>
        </w:rPr>
        <w:t>Nestes termos,</w:t>
      </w:r>
    </w:p>
    <w:p>
      <w:r>
        <w:rPr>
          <w:b w:val="0"/>
          <w:sz w:val="20"/>
        </w:rPr>
        <w:t>Pede deferimento.</w:t>
      </w:r>
    </w:p>
    <w:p/>
    <w:p>
      <w:r>
        <w:rPr>
          <w:b w:val="0"/>
          <w:sz w:val="20"/>
        </w:rPr>
        <w:t>_________________________, ________________________________</w:t>
      </w:r>
    </w:p>
    <w:p>
      <w:r>
        <w:rPr>
          <w:b w:val="0"/>
          <w:sz w:val="20"/>
        </w:rPr>
        <w:t>Local                                                                                  Data</w:t>
      </w:r>
    </w:p>
    <w:p/>
    <w:p>
      <w:r>
        <w:rPr>
          <w:b w:val="0"/>
          <w:sz w:val="20"/>
        </w:rPr>
        <w:t>______________________________________________</w:t>
      </w:r>
    </w:p>
    <w:p>
      <w:r>
        <w:rPr>
          <w:b w:val="0"/>
          <w:sz w:val="20"/>
        </w:rPr>
        <w:t>Nome do Advogado(a)</w:t>
      </w:r>
    </w:p>
    <w:p>
      <w:r>
        <w:rPr>
          <w:b w:val="0"/>
          <w:sz w:val="20"/>
        </w:rPr>
        <w:t>OAB/UF nº _____________</w:t>
      </w:r>
    </w:p>
    <w:p>
      <w:r>
        <w:rPr>
          <w:b w:val="0"/>
          <w:sz w:val="20"/>
        </w:rPr>
        <w:t>E-mail: ________________________</w:t>
      </w:r>
    </w:p>
    <w:p>
      <w:r>
        <w:rPr>
          <w:b w:val="0"/>
          <w:sz w:val="20"/>
        </w:rPr>
        <w:t>Telefone: ______________________</w:t>
      </w:r>
    </w:p>
    <w:p>
      <w:r>
        <w:br w:type="page"/>
      </w:r>
    </w:p>
    <w:p>
      <w:pPr>
        <w:jc w:val="center"/>
      </w:pPr>
      <w:r>
        <w:rPr>
          <w:color w:val="555555"/>
          <w:sz w:val="24"/>
        </w:rPr>
        <w:t>Fonte original deste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https://modelo-juris.com/acao-de-producao-antecipada-de-provas/</w:t>
        </w:r>
      </w:hyperlink>
    </w:p>
    <w:p>
      <w:pPr>
        <w:jc w:val="center"/>
      </w:pPr>
      <w:r>
        <w:rPr>
          <w:color w:val="555555"/>
          <w:sz w:val="26"/>
        </w:rPr>
        <w:t>Este modelo foi útil para você?</w:t>
      </w:r>
    </w:p>
    <w:p>
      <w:pPr>
        <w:jc w:val="center"/>
      </w:pPr>
      <w:r>
        <w:rPr>
          <w:color w:val="555555"/>
          <w:sz w:val="26"/>
        </w:rPr>
        <w:t>Encontre outros modelos atualizados em: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https://modelo-juris.com</w:t>
        </w:r>
      </w:hyperlink>
    </w:p>
    <w:p>
      <w:pPr>
        <w:jc w:val="center"/>
      </w:pPr>
      <w:r>
        <w:rPr>
          <w:color w:val="808080"/>
          <w:sz w:val="20"/>
        </w:rPr>
        <w:t>Este modelo é destinado exclusivamente para uso pessoal e não comercial.</w:t>
        <w:br/>
        <w:t>Ao compartilhar ou publicar, a citação da fonte é obrigatória. © modelo-juris.com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modelo-juris.com/acao-de-producao-antecipada-de-provas/" TargetMode="External"/><Relationship Id="rId10" Type="http://schemas.openxmlformats.org/officeDocument/2006/relationships/hyperlink" Target="https://modelo-juris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