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DECLARATÓRIA</w:t>
      </w:r>
    </w:p>
    <w:p/>
    <w:p/>
    <w:p>
      <w:pPr>
        <w:ind w:firstLine="425"/>
      </w:pPr>
      <w:r>
        <w:rPr>
          <w:b w:val="0"/>
          <w:sz w:val="22"/>
        </w:rPr>
        <w:t>EXCELENTÍSSIMO(A) SENHOR(A) DOUTOR(A) JUIZ(A) DE DIREITO DA ____ VARA CÍVEL DA COMARCA DE ____________________________</w:t>
      </w:r>
    </w:p>
    <w:p/>
    <w:p>
      <w:pPr>
        <w:ind w:firstLine="425"/>
      </w:pPr>
      <w:r>
        <w:rPr>
          <w:b w:val="0"/>
          <w:sz w:val="22"/>
        </w:rPr>
        <w:t>NOME COMPLETO DO AUTOR, nacionalidade, estado civil, profissão, portador(a) da cédula de identidade RG nº __________ e CPF nº __________, residente e domiciliado(a) na _________________________________, nº ____, bairro ____________, CEP ____________, na cidade de ___________________, Estado ____, por intermédio de seu advogado, conforme instrumento de mandato anexo (doc. 01), com escritório profissional na ____________________________, nº ____, bairro ____________, CEP ____________, na cidade de __________________, Estado ____, onde recebe intimações, vem respeitosamente à presença de Vossa Excelência propor</w:t>
      </w:r>
    </w:p>
    <w:p/>
    <w:p>
      <w:pPr>
        <w:jc w:val="center"/>
      </w:pPr>
      <w:r>
        <w:rPr>
          <w:b/>
          <w:sz w:val="22"/>
        </w:rPr>
        <w:t>AÇÃO DECLARATÓRIA</w:t>
      </w:r>
    </w:p>
    <w:p/>
    <w:p>
      <w:pPr>
        <w:ind w:firstLine="425"/>
      </w:pPr>
      <w:r>
        <w:rPr>
          <w:b w:val="0"/>
          <w:sz w:val="22"/>
        </w:rPr>
        <w:t>com pedido de tutela antecipada</w:t>
      </w:r>
    </w:p>
    <w:p>
      <w:pPr>
        <w:ind w:firstLine="425"/>
      </w:pPr>
      <w:r>
        <w:rPr>
          <w:b w:val="0"/>
          <w:sz w:val="22"/>
        </w:rPr>
        <w:t>em face de NOME COMPLETO DO RÉU, nacionalidade, estado civil, profissão, portador(a) da cédula de identidade RG nº __________ e CPF nº __________, residente e domiciliado(a) na _________________________________, nº ____, bairro ____________, CEP ____________, na cidade de ___________________, Estado ____.</w:t>
      </w:r>
    </w:p>
    <w:p/>
    <w:p>
      <w:pPr>
        <w:jc w:val="center"/>
      </w:pPr>
      <w:r>
        <w:rPr>
          <w:b/>
          <w:sz w:val="22"/>
        </w:rPr>
        <w:t>I – DOS FATOS</w:t>
      </w:r>
    </w:p>
    <w:p/>
    <w:p/>
    <w:p>
      <w:pPr>
        <w:ind w:firstLine="425"/>
      </w:pPr>
      <w:r>
        <w:rPr>
          <w:b w:val="0"/>
          <w:sz w:val="22"/>
        </w:rPr>
        <w:t>O Autor e o Réu mantêm relação jurídica que enseja a presente demanda, eis que há controvérsia acerca de ____________________________, conforme se passa a expor.</w:t>
      </w:r>
    </w:p>
    <w:p>
      <w:pPr>
        <w:ind w:firstLine="425"/>
      </w:pPr>
      <w:r>
        <w:rPr>
          <w:b w:val="0"/>
          <w:sz w:val="22"/>
        </w:rPr>
        <w:t>O Autor busca a declaração judicial para esclarecer direitos e obrigações existentes entre as partes, evitando futuros litígios e insegurança jurídica.</w:t>
      </w:r>
    </w:p>
    <w:p/>
    <w:p>
      <w:pPr>
        <w:jc w:val="center"/>
      </w:pPr>
      <w:r>
        <w:rPr>
          <w:b/>
          <w:sz w:val="22"/>
        </w:rPr>
        <w:t>II – DO DIREITO</w:t>
      </w:r>
    </w:p>
    <w:p/>
    <w:p/>
    <w:p>
      <w:pPr>
        <w:ind w:firstLine="425"/>
      </w:pPr>
      <w:r>
        <w:rPr>
          <w:b w:val="0"/>
          <w:sz w:val="22"/>
        </w:rPr>
        <w:t>A presente ação encontra amparo no artigo 19 do Código de Processo Civil, que prevê a possibilidade de declaração da existência ou inexistência de relação jurídica, bem como de direitos e obrigações.</w:t>
      </w:r>
    </w:p>
    <w:p>
      <w:pPr>
        <w:ind w:firstLine="425"/>
      </w:pPr>
      <w:r>
        <w:rPr>
          <w:b w:val="0"/>
          <w:sz w:val="22"/>
        </w:rPr>
        <w:t>O Autor tem legítimo interesse em obter a declaração judicial para segurança jurídica e proteção de seus direitos.</w:t>
      </w:r>
    </w:p>
    <w:p/>
    <w:p>
      <w:pPr>
        <w:jc w:val="center"/>
      </w:pPr>
      <w:r>
        <w:rPr>
          <w:b/>
          <w:sz w:val="22"/>
        </w:rPr>
        <w:t>III – DA TUTELA ANTECIPADA</w:t>
      </w:r>
    </w:p>
    <w:p/>
    <w:p/>
    <w:p>
      <w:pPr>
        <w:ind w:firstLine="425"/>
      </w:pPr>
      <w:r>
        <w:rPr>
          <w:b w:val="0"/>
          <w:sz w:val="22"/>
        </w:rPr>
        <w:t>Requer-se a concessão da tutela antecipada, nos termos do artigo 300 do Código de Processo Civil, para que seja declarada a existência/inexistência da relação jurídica ora discutida, em caráter liminar, diante da probabilidade do direito e do perigo de dano ou risco ao resultado útil do processo.</w:t>
      </w:r>
    </w:p>
    <w:p/>
    <w:p>
      <w:pPr>
        <w:jc w:val="center"/>
      </w:pPr>
      <w:r>
        <w:rPr>
          <w:b/>
          <w:sz w:val="22"/>
        </w:rPr>
        <w:t>IV – DOS PEDIDOS</w:t>
      </w:r>
    </w:p>
    <w:p/>
    <w:p/>
    <w:p>
      <w:pPr>
        <w:ind w:firstLine="425"/>
      </w:pPr>
      <w:r>
        <w:rPr>
          <w:b w:val="0"/>
          <w:sz w:val="22"/>
        </w:rPr>
        <w:t>Diante do exposto, requer:</w:t>
      </w:r>
    </w:p>
    <w:p/>
    <w:p>
      <w:pPr>
        <w:ind w:firstLine="425"/>
      </w:pPr>
      <w:r>
        <w:rPr>
          <w:b w:val="0"/>
          <w:sz w:val="22"/>
        </w:rPr>
        <w:t>a) A concessão da tutela antecipada para declarar liminarmente a existência/inexistência da relação jurídica objeto desta ação;</w:t>
      </w:r>
    </w:p>
    <w:p>
      <w:pPr>
        <w:ind w:firstLine="425"/>
      </w:pPr>
      <w:r>
        <w:rPr>
          <w:b w:val="0"/>
          <w:sz w:val="22"/>
        </w:rPr>
        <w:t>b) A citação do Réu para, querendo, apresentar contestação no prazo legal;</w:t>
      </w:r>
    </w:p>
    <w:p>
      <w:pPr>
        <w:ind w:firstLine="425"/>
      </w:pPr>
      <w:r>
        <w:rPr>
          <w:b w:val="0"/>
          <w:sz w:val="22"/>
        </w:rPr>
        <w:t>c) Ao final, a procedência total do pedido para que seja declarada judicialmente a existência/inexistência da relação jurídica entre as partes conforme pleiteado;</w:t>
      </w:r>
    </w:p>
    <w:p>
      <w:pPr>
        <w:ind w:firstLine="425"/>
      </w:pPr>
      <w:r>
        <w:rPr>
          <w:b w:val="0"/>
          <w:sz w:val="22"/>
        </w:rPr>
        <w:t>d) A condenação do Réu ao pagamento das custas processuais e honorários advocatícios;</w:t>
      </w:r>
    </w:p>
    <w:p>
      <w:pPr>
        <w:ind w:firstLine="425"/>
      </w:pPr>
      <w:r>
        <w:rPr>
          <w:b w:val="0"/>
          <w:sz w:val="22"/>
        </w:rPr>
        <w:t>e) A produção de todas as provas admitidas em direito, especialmente documental, testemunhal e pericial, se necessário.</w:t>
      </w:r>
    </w:p>
    <w:p/>
    <w:p>
      <w:pPr>
        <w:jc w:val="center"/>
      </w:pPr>
      <w:r>
        <w:rPr>
          <w:b/>
          <w:sz w:val="22"/>
        </w:rPr>
        <w:t>V – DO VALOR DA CAUSA</w:t>
      </w:r>
    </w:p>
    <w:p/>
    <w:p/>
    <w:p>
      <w:pPr>
        <w:ind w:firstLine="425"/>
      </w:pPr>
      <w:r>
        <w:rPr>
          <w:b w:val="0"/>
          <w:sz w:val="22"/>
        </w:rPr>
        <w:t>Dá-se à presente causa o valor de R$ _____________________ (valor por extenso), para efeitos fiscais e de alçada.</w:t>
      </w:r>
    </w:p>
    <w:p/>
    <w:p>
      <w:pPr>
        <w:ind w:firstLine="425"/>
      </w:pPr>
      <w:r>
        <w:rPr>
          <w:b w:val="0"/>
          <w:sz w:val="22"/>
        </w:rPr>
        <w:t>Nestes termos,</w:t>
      </w:r>
    </w:p>
    <w:p>
      <w:pPr>
        <w:ind w:firstLine="425"/>
      </w:pPr>
      <w:r>
        <w:rPr>
          <w:b w:val="0"/>
          <w:sz w:val="22"/>
        </w:rPr>
        <w:t>Pede deferimento.</w:t>
      </w:r>
    </w:p>
    <w:p/>
    <w:p>
      <w:pPr>
        <w:ind w:firstLine="425"/>
      </w:pPr>
      <w:r>
        <w:rPr>
          <w:b w:val="0"/>
          <w:sz w:val="22"/>
        </w:rPr>
        <w:t>__________________________, ____ de _______________________ de ________</w:t>
      </w:r>
    </w:p>
    <w:p>
      <w:pPr>
        <w:ind w:firstLine="425"/>
      </w:pPr>
      <w:r>
        <w:rPr>
          <w:b w:val="0"/>
          <w:sz w:val="22"/>
        </w:rPr>
        <w:t>Local e data</w:t>
      </w:r>
    </w:p>
    <w:p/>
    <w:p>
      <w:pPr>
        <w:ind w:firstLine="425"/>
      </w:pPr>
      <w:r>
        <w:rPr>
          <w:b w:val="0"/>
          <w:sz w:val="22"/>
        </w:rPr>
        <w:t>__________________________________________</w:t>
      </w:r>
    </w:p>
    <w:p>
      <w:pPr>
        <w:ind w:firstLine="425"/>
      </w:pPr>
      <w:r>
        <w:rPr>
          <w:b w:val="0"/>
          <w:sz w:val="22"/>
        </w:rPr>
        <w:t>Nome do Advogado</w:t>
      </w:r>
    </w:p>
    <w:p>
      <w:pPr>
        <w:ind w:firstLine="425"/>
      </w:pPr>
      <w:r>
        <w:rPr>
          <w:b w:val="0"/>
          <w:sz w:val="22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https://modelo-juris.com/acao-declaratoria/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claratori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