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ADITIVO AO CONTRATO DE TRABALHO</w:t>
      </w:r>
    </w:p>
    <w:p/>
    <w:p/>
    <w:p>
      <w:r>
        <w:rPr>
          <w:b w:val="0"/>
          <w:sz w:val="20"/>
        </w:rPr>
        <w:t>Pelo presente instrumento particular de aditivo ao contrato de trabalho, que entre si celebram de um lado o(a) EMPREGADOR(A),</w:t>
      </w:r>
    </w:p>
    <w:p>
      <w:r>
        <w:rPr>
          <w:b w:val="0"/>
          <w:sz w:val="20"/>
        </w:rPr>
        <w:t>_____________________________________________, inscrito(a) no CNPJ sob nº ________________, com sede à ________________________________________________________________,</w:t>
      </w:r>
    </w:p>
    <w:p>
      <w:r>
        <w:rPr>
          <w:b w:val="0"/>
          <w:sz w:val="20"/>
        </w:rPr>
        <w:t>neste ato representado(a) por seu(sua) representante legal infra-assinado(a), e, de outro lado, o(a) EMPREGADO(A),</w:t>
      </w:r>
    </w:p>
    <w:p>
      <w:r>
        <w:rPr>
          <w:b w:val="0"/>
          <w:sz w:val="20"/>
        </w:rPr>
        <w:t>_____________________________________________, portador(a) da CTPS nº _____________, série _______, CPF nº ________________, residente e domiciliado(a) à ________________________________________________________________,</w:t>
      </w:r>
    </w:p>
    <w:p>
      <w:r>
        <w:rPr>
          <w:b w:val="0"/>
          <w:sz w:val="20"/>
        </w:rPr>
        <w:t>têm entre si justo e contratado o presente aditivo, que se regerá pelas cláusulas e condições seguintes:</w:t>
      </w:r>
    </w:p>
    <w:p/>
    <w:p>
      <w:r>
        <w:rPr>
          <w:b/>
          <w:sz w:val="22"/>
        </w:rPr>
        <w:t>CLÁUSULA PRIMEIRA – DO OBJETO</w:t>
      </w:r>
    </w:p>
    <w:p>
      <w:r>
        <w:rPr>
          <w:b w:val="0"/>
          <w:sz w:val="20"/>
        </w:rPr>
        <w:t>O presente aditivo tem por objeto a alteração das cláusulas do contrato de trabalho firmado em ___/___/____, celebrado entre as partes, conforme especificado abaixo:</w:t>
      </w:r>
    </w:p>
    <w:p/>
    <w:p>
      <w:r>
        <w:rPr>
          <w:b/>
          <w:sz w:val="22"/>
        </w:rPr>
        <w:t>CLÁUSULA SEGUNDA – DAS ALTERAÇÕES CONTRATUAIS</w:t>
      </w:r>
    </w:p>
    <w:p>
      <w:r>
        <w:rPr>
          <w:b w:val="0"/>
          <w:sz w:val="20"/>
        </w:rPr>
        <w:t>As partes acordam em modificar as seguintes condições do contrato de trabalho original:</w:t>
      </w:r>
    </w:p>
    <w:p>
      <w:r>
        <w:rPr>
          <w:b w:val="0"/>
          <w:sz w:val="20"/>
        </w:rPr>
        <w:t>a) FUNÇÃO: ____________________________________________________________</w:t>
      </w:r>
    </w:p>
    <w:p>
      <w:r>
        <w:rPr>
          <w:b w:val="0"/>
          <w:sz w:val="20"/>
        </w:rPr>
        <w:t>b) SALÁRIO: R$ _________________________________________________________</w:t>
      </w:r>
    </w:p>
    <w:p>
      <w:r>
        <w:rPr>
          <w:b w:val="0"/>
          <w:sz w:val="20"/>
        </w:rPr>
        <w:t>c) JORNADA DE TRABALHO: _______________________________________________</w:t>
      </w:r>
    </w:p>
    <w:p>
      <w:r>
        <w:rPr>
          <w:b w:val="0"/>
          <w:sz w:val="20"/>
        </w:rPr>
        <w:t>d) LOCAL DE TRABALHO: _________________________________________________</w:t>
      </w:r>
    </w:p>
    <w:p>
      <w:r>
        <w:rPr>
          <w:b w:val="0"/>
          <w:sz w:val="20"/>
        </w:rPr>
        <w:t>e) OUTRAS CONDIÇÕES: __________________________________________________</w:t>
      </w:r>
    </w:p>
    <w:p/>
    <w:p>
      <w:r>
        <w:rPr>
          <w:b/>
          <w:sz w:val="22"/>
        </w:rPr>
        <w:t>CLÁUSULA TERCEIRA – DA VIGÊNCIA</w:t>
      </w:r>
    </w:p>
    <w:p>
      <w:r>
        <w:rPr>
          <w:b w:val="0"/>
          <w:sz w:val="20"/>
        </w:rPr>
        <w:t>Este aditivo terá início em ___/___/____ e vigorará pelo prazo de ________________, podendo ser renovado por acordo entre as partes.</w:t>
      </w:r>
    </w:p>
    <w:p/>
    <w:p>
      <w:r>
        <w:rPr>
          <w:b/>
          <w:sz w:val="22"/>
        </w:rPr>
        <w:t>CLÁUSULA QUARTA – DAS DEMAIS CLÁUSULAS</w:t>
      </w:r>
    </w:p>
    <w:p>
      <w:r>
        <w:rPr>
          <w:b w:val="0"/>
          <w:sz w:val="20"/>
        </w:rPr>
        <w:t>As demais cláusulas do contrato de trabalho original permanecem inalteradas e em pleno vigor, salvo disposições expressamente modificadas por este aditivo.</w:t>
      </w:r>
    </w:p>
    <w:p/>
    <w:p>
      <w:r>
        <w:rPr>
          <w:b/>
          <w:sz w:val="22"/>
        </w:rPr>
        <w:t>CLÁUSULA QUINTA – DA RATIFICAÇÃO</w:t>
      </w:r>
    </w:p>
    <w:p>
      <w:r>
        <w:rPr>
          <w:b w:val="0"/>
          <w:sz w:val="20"/>
        </w:rPr>
        <w:t>As partes ratificam todas as demais condições do contrato de trabalho que não foram alteradas por este instrumento.</w:t>
      </w:r>
    </w:p>
    <w:p/>
    <w:p>
      <w:r>
        <w:rPr>
          <w:b w:val="0"/>
          <w:sz w:val="20"/>
        </w:rPr>
        <w:t>E, por estarem assim justos e contratados, firmam o presente instrumento em 2 (duas) vias de igual teor e forma, para que produza seus jurídicos e legais efeitos.</w:t>
      </w:r>
    </w:p>
    <w:p/>
    <w:p>
      <w:r>
        <w:rPr>
          <w:b w:val="0"/>
          <w:sz w:val="20"/>
        </w:rPr>
        <w:t>___________________________                      ___________________________</w:t>
      </w:r>
    </w:p>
    <w:p>
      <w:r>
        <w:rPr>
          <w:b w:val="0"/>
          <w:sz w:val="20"/>
        </w:rPr>
        <w:t>EMPREGADOR(A)                                        EMPREGADO(A)</w:t>
      </w:r>
    </w:p>
    <w:p/>
    <w:p>
      <w:r>
        <w:rPr>
          <w:b w:val="0"/>
          <w:sz w:val="20"/>
        </w:rPr>
        <w:t>Nome: ___________________________________       Nome: ___________________________________</w:t>
      </w:r>
    </w:p>
    <w:p>
      <w:r>
        <w:rPr>
          <w:b w:val="0"/>
          <w:sz w:val="20"/>
        </w:rPr>
        <w:t>CPF/CNPJ: ______________________________       CPF: ____________________________________</w:t>
      </w:r>
    </w:p>
    <w:p/>
    <w:p>
      <w:r>
        <w:rPr>
          <w:b w:val="0"/>
          <w:sz w:val="20"/>
        </w:rPr>
        <w:t>Testemunhas:</w:t>
      </w:r>
    </w:p>
    <w:p/>
    <w:p>
      <w:r>
        <w:rPr>
          <w:b w:val="0"/>
          <w:sz w:val="20"/>
        </w:rPr>
        <w:t>1) Nome: ___________________________________    CPF: ____________________________________</w:t>
      </w:r>
    </w:p>
    <w:p>
      <w:r>
        <w:rPr>
          <w:b w:val="0"/>
          <w:sz w:val="20"/>
        </w:rPr>
        <w:t xml:space="preserve">   Assinatura: ____________________________________________________________</w:t>
      </w:r>
    </w:p>
    <w:p/>
    <w:p>
      <w:r>
        <w:rPr>
          <w:b w:val="0"/>
          <w:sz w:val="20"/>
        </w:rPr>
        <w:t>2) Nome: ___________________________________    CPF: ____________________________________</w:t>
      </w:r>
    </w:p>
    <w:p>
      <w:r>
        <w:rPr>
          <w:b w:val="0"/>
          <w:sz w:val="20"/>
        </w:rPr>
        <w:t xml:space="preserve">   Assinatura: 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https://modelo-juris.com/aditivo-de-contrato/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ditivo-de-contrat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