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ADVERTÊNCIA DISCIPLINAR</w:t>
      </w:r>
    </w:p>
    <w:p/>
    <w:p/>
    <w:p>
      <w:r>
        <w:rPr>
          <w:b w:val="0"/>
          <w:sz w:val="22"/>
        </w:rPr>
        <w:t>EMPREGADOR: 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/>
    <w:p>
      <w:r>
        <w:rPr>
          <w:b w:val="0"/>
          <w:sz w:val="22"/>
        </w:rPr>
        <w:t>EMPREGADO(A): _____________________________________________________________</w:t>
      </w:r>
    </w:p>
    <w:p>
      <w:r>
        <w:rPr>
          <w:b w:val="0"/>
          <w:sz w:val="22"/>
        </w:rPr>
        <w:t>FUNÇÃO: ___________________________________________________________________</w:t>
      </w:r>
    </w:p>
    <w:p>
      <w:r>
        <w:rPr>
          <w:b w:val="0"/>
          <w:sz w:val="22"/>
        </w:rPr>
        <w:t>SETOR/DEPARTAMENTO: ______________________________________________________</w:t>
      </w:r>
    </w:p>
    <w:p>
      <w:r>
        <w:rPr>
          <w:b w:val="0"/>
          <w:sz w:val="22"/>
        </w:rPr>
        <w:t>MATRÍCULA: ________________________________________________________________</w:t>
      </w:r>
    </w:p>
    <w:p/>
    <w:p>
      <w:r>
        <w:rPr>
          <w:b w:val="0"/>
          <w:sz w:val="22"/>
        </w:rPr>
        <w:t>Prezado(a) Senhor(a),</w:t>
      </w:r>
    </w:p>
    <w:p/>
    <w:p>
      <w:r>
        <w:rPr>
          <w:b w:val="0"/>
          <w:sz w:val="22"/>
        </w:rPr>
        <w:t>Na qualidade de representante do empregador acima identificado, sirvo-me da presente para formalizar a V.Sa. esta ADVERTÊNCIA DISCIPLINAR, em decorrência dos fatos e condutas a seguir descritos, que configuram violação das normas internas da empresa e das obrigações contratuais assumidas por V.Sa., nos termos da Consolidação das Leis do Trabalho (CLT) e demais legislações aplicáveis.</w:t>
      </w:r>
    </w:p>
    <w:p/>
    <w:p>
      <w:r>
        <w:rPr>
          <w:b w:val="0"/>
          <w:sz w:val="22"/>
        </w:rPr>
        <w:t>I – DOS FATOS</w:t>
      </w:r>
    </w:p>
    <w:p/>
    <w:p>
      <w:r>
        <w:rPr>
          <w:b/>
          <w:sz w:val="22"/>
        </w:rPr>
        <w:t>No dia __/__/____, foi constatada a seguinte infração disciplinar cometida por V.Sa.: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Essa conduta é incompatível com as normas internas da empresa, especialmente o disposto no regulamento interno, no código de conduta e ética, e no contrato de trabalho firmado entre as partes.</w:t>
      </w:r>
    </w:p>
    <w:p/>
    <w:p>
      <w:r>
        <w:rPr>
          <w:b w:val="0"/>
          <w:sz w:val="22"/>
        </w:rPr>
        <w:t>II – DA ADVERTÊNCIA</w:t>
      </w:r>
    </w:p>
    <w:p/>
    <w:p>
      <w:r>
        <w:rPr>
          <w:b w:val="0"/>
          <w:sz w:val="22"/>
        </w:rPr>
        <w:t>Com esta advertência, a empresa visa alertar V.Sa. sobre a necessidade de observância rigorosa das normas internas e do cumprimento das obrigações contratuais, prevenindo reincidências e preservando o ambiente de trabalho saudável e produtivo.</w:t>
      </w:r>
    </w:p>
    <w:p/>
    <w:p>
      <w:r>
        <w:rPr>
          <w:b w:val="0"/>
          <w:sz w:val="22"/>
        </w:rPr>
        <w:t>III – DAS CONSEQUÊNCIAS</w:t>
      </w:r>
    </w:p>
    <w:p/>
    <w:p>
      <w:r>
        <w:rPr>
          <w:b w:val="0"/>
          <w:sz w:val="22"/>
        </w:rPr>
        <w:t>Fica esclarecido que a persistência em comportamentos semelhantes poderá ensejar medidas disciplinares mais severas, inclusive suspensão e, em última instância, a rescisão do contrato de trabalho por justa causa, conforme previsto no artigo 482 da CLT.</w:t>
      </w:r>
    </w:p>
    <w:p/>
    <w:p>
      <w:r>
        <w:rPr>
          <w:b w:val="0"/>
          <w:sz w:val="22"/>
        </w:rPr>
        <w:t>IV – DA CIÊNCIA E RECEBIMENTO</w:t>
      </w:r>
    </w:p>
    <w:p/>
    <w:p>
      <w:r>
        <w:rPr>
          <w:b w:val="0"/>
          <w:sz w:val="22"/>
        </w:rPr>
        <w:t>Solicita-se que V.Sa. manifeste ciência e concordância com o teor desta advertência, assinando o presente documento, ficando uma via em seu poder para que não alegue desconhecimento dos fatos e das consequências descritas.</w:t>
      </w:r>
    </w:p>
    <w:p/>
    <w:p>
      <w:r>
        <w:rPr>
          <w:b w:val="0"/>
          <w:sz w:val="22"/>
        </w:rPr>
        <w:t>Sem mais para o momento, renovamos nossos protestos de consideração.</w:t>
      </w:r>
    </w:p>
    <w:p/>
    <w:p>
      <w:r>
        <w:rPr>
          <w:b/>
          <w:sz w:val="22"/>
        </w:rPr>
        <w:t>Local: _________________________________________________</w:t>
      </w:r>
    </w:p>
    <w:p>
      <w:r>
        <w:rPr>
          <w:b/>
          <w:sz w:val="22"/>
        </w:rPr>
        <w:t>Data: ____/____/__________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/>
          <w:sz w:val="22"/>
        </w:rPr>
        <w:t>Nome do Empregador / Representante Legal</w:t>
      </w:r>
    </w:p>
    <w:p>
      <w:r>
        <w:rPr>
          <w:b/>
          <w:sz w:val="22"/>
        </w:rPr>
        <w:t>Cargo: _______________________________________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/>
          <w:sz w:val="22"/>
        </w:rPr>
        <w:t>Assinatura do Empregador / Representante Legal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/>
          <w:sz w:val="22"/>
        </w:rPr>
        <w:t>Nome do Empregado(a)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/>
          <w:sz w:val="22"/>
        </w:rPr>
        <w:t>Assinatura do Empregado(a)</w:t>
      </w:r>
    </w:p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  Assinatura: __________________________</w:t>
      </w:r>
    </w:p>
    <w:p>
      <w:r>
        <w:rPr>
          <w:b w:val="0"/>
          <w:sz w:val="22"/>
        </w:rPr>
        <w:t>2) Nome: ______________________________________  Assinatura: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https://modelo-juris.com/advertencia-disciplinar/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dvertencia-disciplinar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