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ADVERTÊNCIA TRABALHISTA</w:t>
      </w:r>
    </w:p>
    <w:p/>
    <w:p/>
    <w:p>
      <w:r>
        <w:rPr>
          <w:b/>
          <w:i w:val="0"/>
          <w:sz w:val="22"/>
        </w:rPr>
        <w:t>EMPREGADOR: ____________________________________________________________</w:t>
      </w:r>
    </w:p>
    <w:p>
      <w:r>
        <w:rPr>
          <w:b w:val="0"/>
          <w:i w:val="0"/>
          <w:sz w:val="22"/>
        </w:rPr>
        <w:t>CNPJ: 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______________________________________________________________</w:t>
      </w:r>
    </w:p>
    <w:p/>
    <w:p>
      <w:r>
        <w:rPr>
          <w:b/>
          <w:i w:val="0"/>
          <w:sz w:val="22"/>
        </w:rPr>
        <w:t>EMPREGADO: ____________________________________________________________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CTPS Nº: _______________ SÉRIE: _______ UF: ________</w:t>
      </w:r>
    </w:p>
    <w:p>
      <w:r>
        <w:rPr>
          <w:b w:val="0"/>
          <w:i w:val="0"/>
          <w:sz w:val="22"/>
        </w:rPr>
        <w:t>FUNÇÃO: ________________________________________________________________</w:t>
      </w:r>
    </w:p>
    <w:p/>
    <w:p>
      <w:r>
        <w:rPr>
          <w:b w:val="0"/>
          <w:i w:val="0"/>
          <w:sz w:val="22"/>
        </w:rPr>
        <w:t>CONSIDERANDO que o empregado acima identificado foi contratado para exercer a função especificada;</w:t>
      </w:r>
    </w:p>
    <w:p>
      <w:r>
        <w:rPr>
          <w:b w:val="0"/>
          <w:i w:val="0"/>
          <w:sz w:val="22"/>
        </w:rPr>
        <w:t>CONSIDERANDO que o cumprimento das normas internas, regras de conduta e disciplina é fundamental para a boa convivência e para o bom andamento das atividades laborais;</w:t>
      </w:r>
    </w:p>
    <w:p>
      <w:r>
        <w:rPr>
          <w:b w:val="0"/>
          <w:i w:val="0"/>
          <w:sz w:val="22"/>
        </w:rPr>
        <w:t>CONSIDERANDO que o empregado incorreu em comportamento incompatível com as normas da empresa conforme descrito a seguir:</w:t>
      </w:r>
    </w:p>
    <w:p/>
    <w:p>
      <w:r>
        <w:rPr>
          <w:b/>
          <w:i w:val="0"/>
          <w:sz w:val="22"/>
        </w:rPr>
        <w:t>Descrição da infração cometida:</w:t>
      </w:r>
    </w:p>
    <w:p>
      <w:r>
        <w:rPr>
          <w:b w:val="0"/>
          <w:i w:val="0"/>
          <w:sz w:val="22"/>
        </w:rPr>
        <w:t>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</w:t>
      </w:r>
    </w:p>
    <w:p/>
    <w:p>
      <w:r>
        <w:rPr>
          <w:b w:val="0"/>
          <w:i w:val="0"/>
          <w:sz w:val="22"/>
        </w:rPr>
        <w:t>Data da ocorrência: __/__/____                                                        Hora: ________</w:t>
      </w:r>
    </w:p>
    <w:p>
      <w:r>
        <w:rPr>
          <w:b w:val="0"/>
          <w:i w:val="0"/>
          <w:sz w:val="22"/>
        </w:rPr>
        <w:t>Local da ocorrência: ________________________________________________________________</w:t>
      </w:r>
    </w:p>
    <w:p/>
    <w:p>
      <w:r>
        <w:rPr>
          <w:b w:val="0"/>
          <w:i w:val="0"/>
          <w:sz w:val="22"/>
        </w:rPr>
        <w:t>Diante dos fatos acima elencados, esta advertência é aplicada como medida disciplinar,</w:t>
      </w:r>
    </w:p>
    <w:p>
      <w:r>
        <w:rPr>
          <w:b w:val="0"/>
          <w:i w:val="0"/>
          <w:sz w:val="22"/>
        </w:rPr>
        <w:t>visando alertar o empregado quanto à necessidade de observância das normas internas da empresa,</w:t>
      </w:r>
    </w:p>
    <w:p>
      <w:r>
        <w:rPr>
          <w:b w:val="0"/>
          <w:i w:val="0"/>
          <w:sz w:val="22"/>
        </w:rPr>
        <w:t>sendo certo que a reincidência poderá ensejar a aplicação de sanções mais severas, inclusive a suspensão ou rescisão do contrato de trabalho por justa causa, conforme previsto no artigo 482 da CLT.</w:t>
      </w:r>
    </w:p>
    <w:p/>
    <w:p>
      <w:r>
        <w:rPr>
          <w:b w:val="0"/>
          <w:i w:val="0"/>
          <w:sz w:val="22"/>
        </w:rPr>
        <w:t>O empregado declara ter ciência da presente advertência, comprometendo-se a observar rigorosamente as normas e condutas da empresa,</w:t>
      </w:r>
    </w:p>
    <w:p>
      <w:r>
        <w:rPr>
          <w:b w:val="0"/>
          <w:i w:val="0"/>
          <w:sz w:val="22"/>
        </w:rPr>
        <w:t>bem como a evitar a repetição das infrações ora apontadas.</w:t>
      </w:r>
    </w:p>
    <w:p/>
    <w:p/>
    <w:p>
      <w:r>
        <w:rPr>
          <w:b w:val="0"/>
          <w:i/>
          <w:sz w:val="22"/>
        </w:rPr>
        <w:t>Local: ____________________________________________</w:t>
      </w:r>
    </w:p>
    <w:p>
      <w:r>
        <w:rPr>
          <w:b w:val="0"/>
          <w:i/>
          <w:sz w:val="22"/>
        </w:rPr>
        <w:t>Data: ____ / ____ / ________</w:t>
      </w:r>
    </w:p>
    <w:p/>
    <w:p/>
    <w:p>
      <w:r>
        <w:rPr>
          <w:b/>
          <w:i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 Empregado</w:t>
      </w:r>
    </w:p>
    <w:p/>
    <w:p/>
    <w:p>
      <w:r>
        <w:rPr>
          <w:b/>
          <w:i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 Representante da Empresa</w:t>
      </w:r>
    </w:p>
    <w:p/>
    <w:p/>
    <w:p>
      <w:r>
        <w:rPr>
          <w:b/>
          <w:i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Testemunha 1</w:t>
      </w:r>
    </w:p>
    <w:p/>
    <w:p>
      <w:r>
        <w:rPr>
          <w:b/>
          <w:i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Testemunha 2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https://modelo-juris.com/advertencia-trabalhista/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dvertencia-trabalhist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