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APELAÇÃO EM MANDADO DE SEGURANÇA</w:t>
      </w:r>
    </w:p>
    <w:p/>
    <w:p>
      <w:pPr>
        <w:jc w:val="center"/>
      </w:pPr>
      <w:r>
        <w:rPr>
          <w:b w:val="0"/>
          <w:i w:val="0"/>
          <w:sz w:val="22"/>
        </w:rPr>
        <w:t>EXCELENTÍSSIMO(A) SENHOR(A) DESEMBARGADOR(A) PRESIDENTE DO TRIBUNAL DE JUSTIÇA DO ESTADO DE ______________</w:t>
      </w:r>
    </w:p>
    <w:p/>
    <w:p/>
    <w:p>
      <w:r>
        <w:rPr>
          <w:b/>
          <w:i w:val="0"/>
          <w:sz w:val="22"/>
        </w:rPr>
        <w:t>APELANTE: _________________________________________________________________</w:t>
      </w:r>
    </w:p>
    <w:p>
      <w:r>
        <w:rPr>
          <w:b/>
          <w:i w:val="0"/>
          <w:sz w:val="22"/>
        </w:rPr>
        <w:t>NACIONALIDADE: ___________________________________________________________</w:t>
      </w:r>
    </w:p>
    <w:p>
      <w:r>
        <w:rPr>
          <w:b/>
          <w:i w:val="0"/>
          <w:sz w:val="22"/>
        </w:rPr>
        <w:t>ESTADO CIVIL: ____________________________________________________________</w:t>
      </w:r>
    </w:p>
    <w:p>
      <w:r>
        <w:rPr>
          <w:b/>
          <w:i w:val="0"/>
          <w:sz w:val="22"/>
        </w:rPr>
        <w:t>PROFISSÃO: _______________________________________________________________</w:t>
      </w:r>
    </w:p>
    <w:p>
      <w:r>
        <w:rPr>
          <w:b/>
          <w:i w:val="0"/>
          <w:sz w:val="22"/>
        </w:rPr>
        <w:t>DOCUMENTO DE IDENTIDADE (RG): ____________________________________________</w:t>
      </w:r>
    </w:p>
    <w:p>
      <w:r>
        <w:rPr>
          <w:b/>
          <w:i w:val="0"/>
          <w:sz w:val="22"/>
        </w:rPr>
        <w:t>CPF: ____________________________________________________________________</w:t>
      </w:r>
    </w:p>
    <w:p>
      <w:r>
        <w:rPr>
          <w:b/>
          <w:i w:val="0"/>
          <w:sz w:val="22"/>
        </w:rPr>
        <w:t>ENDEREÇO COMPLETO: ______________________________________________________</w:t>
      </w:r>
    </w:p>
    <w:p>
      <w:r>
        <w:rPr>
          <w:b/>
          <w:i w:val="0"/>
          <w:sz w:val="22"/>
        </w:rPr>
        <w:t>TELEFONE: _______________________________________________________________</w:t>
      </w:r>
    </w:p>
    <w:p>
      <w:r>
        <w:rPr>
          <w:b/>
          <w:i w:val="0"/>
          <w:sz w:val="22"/>
        </w:rPr>
        <w:t>E-MAIL: _________________________________________________________________</w:t>
      </w:r>
    </w:p>
    <w:p/>
    <w:p>
      <w:r>
        <w:rPr>
          <w:b/>
          <w:i w:val="0"/>
          <w:sz w:val="22"/>
        </w:rPr>
        <w:t>APELADO: _________________________________________________________________</w:t>
      </w:r>
    </w:p>
    <w:p>
      <w:r>
        <w:rPr>
          <w:b/>
          <w:i w:val="0"/>
          <w:sz w:val="22"/>
        </w:rPr>
        <w:t>CARGO/FUNÇÃO: ___________________________________________________________</w:t>
      </w:r>
    </w:p>
    <w:p>
      <w:r>
        <w:rPr>
          <w:b/>
          <w:i w:val="0"/>
          <w:sz w:val="22"/>
        </w:rPr>
        <w:t>ÓRGÃO/ENTIDADE: _________________________________________________________</w:t>
      </w:r>
    </w:p>
    <w:p>
      <w:r>
        <w:rPr>
          <w:b/>
          <w:i w:val="0"/>
          <w:sz w:val="22"/>
        </w:rPr>
        <w:t>ENDEREÇO: _______________________________________________________________</w:t>
      </w:r>
    </w:p>
    <w:p/>
    <w:p/>
    <w:p>
      <w:r>
        <w:rPr>
          <w:b/>
          <w:i w:val="0"/>
          <w:sz w:val="22"/>
        </w:rPr>
        <w:t>PROCESSO ORIGINÁRIO Nº: __________________________________________________</w:t>
      </w:r>
    </w:p>
    <w:p>
      <w:r>
        <w:rPr>
          <w:b/>
          <w:i w:val="0"/>
          <w:sz w:val="22"/>
        </w:rPr>
        <w:t>ORIGEM: ___ª VARA DA FAZENDA PÚBLICA / TRIBUNAL DE JUSTIÇA DO ESTADO DE ____</w:t>
      </w:r>
    </w:p>
    <w:p/>
    <w:p/>
    <w:p>
      <w:pPr>
        <w:jc w:val="center"/>
      </w:pPr>
      <w:r>
        <w:rPr>
          <w:b w:val="0"/>
          <w:i w:val="0"/>
          <w:sz w:val="22"/>
        </w:rPr>
        <w:t>APELANTE, já qualificado nos autos do Mandado de Segurança nº ____________, que move contra ato coator praticado por autoridade pública, vem, respeitosamente, à presença de Vossas Excelências, por intermédio de seu advogado infra-assinado, interpor a presente</w:t>
      </w:r>
    </w:p>
    <w:p/>
    <w:p>
      <w:pPr>
        <w:jc w:val="center"/>
      </w:pPr>
      <w:r>
        <w:rPr>
          <w:b/>
          <w:sz w:val="24"/>
        </w:rPr>
        <w:t>APELAÇÃO</w:t>
      </w:r>
    </w:p>
    <w:p/>
    <w:p>
      <w:r>
        <w:rPr>
          <w:b/>
          <w:i w:val="0"/>
          <w:sz w:val="22"/>
        </w:rPr>
        <w:t>I – DOS FATOS</w:t>
      </w:r>
    </w:p>
    <w:p/>
    <w:p>
      <w:r>
        <w:rPr>
          <w:b w:val="0"/>
          <w:i w:val="0"/>
          <w:sz w:val="22"/>
        </w:rPr>
        <w:t>1. O Apelante impetrou Mandado de Segurança em face da autoridade coatora, buscando a proteção de direito líquido e certo ameaçado ou violado, conforme narrado na inicial.</w:t>
      </w:r>
    </w:p>
    <w:p>
      <w:r>
        <w:rPr>
          <w:b w:val="0"/>
          <w:i w:val="0"/>
          <w:sz w:val="22"/>
        </w:rPr>
        <w:t xml:space="preserve">2. O MM. Juiz de primeiro grau proferiu decisão que </w:t>
      </w:r>
    </w:p>
    <w:p>
      <w:r>
        <w:rPr>
          <w:b w:val="0"/>
          <w:i w:val="0"/>
          <w:sz w:val="22"/>
        </w:rPr>
        <w:t xml:space="preserve"> (descrever sucintamente a decisão, p.ex., denega a segurança/indeferiu o pedido).</w:t>
      </w:r>
    </w:p>
    <w:p/>
    <w:p>
      <w:r>
        <w:rPr>
          <w:b w:val="0"/>
          <w:i/>
          <w:sz w:val="22"/>
        </w:rPr>
        <w:t>3. Insatisfeito com a decisão, o Apelante apresenta a presente Apelação, requerendo a reforma da sentença, pelos fundamentos que passa a expor.</w:t>
      </w:r>
    </w:p>
    <w:p/>
    <w:p/>
    <w:p>
      <w:r>
        <w:rPr>
          <w:b/>
          <w:i w:val="0"/>
          <w:sz w:val="22"/>
        </w:rPr>
        <w:t>II – DA TEMPESTIVIDADE E DO PREPARO</w:t>
      </w:r>
    </w:p>
    <w:p/>
    <w:p>
      <w:r>
        <w:rPr>
          <w:b w:val="0"/>
          <w:i w:val="0"/>
          <w:sz w:val="22"/>
        </w:rPr>
        <w:t>4. A presente Apelação é tempestiva, pois foi interposta dentro do prazo legal de 15 (quinze) dias, conforme dispõe o artigo 1.003, §5º, do Código de Processo Civil.</w:t>
      </w:r>
    </w:p>
    <w:p>
      <w:r>
        <w:rPr>
          <w:b w:val="0"/>
          <w:i w:val="0"/>
          <w:sz w:val="22"/>
        </w:rPr>
        <w:t>5. O preparo foi devidamente recolhido, conforme comprovante anexo, nos termos do artigo 1.007 do CPC.</w:t>
      </w:r>
    </w:p>
    <w:p/>
    <w:p/>
    <w:p>
      <w:r>
        <w:rPr>
          <w:b/>
          <w:i w:val="0"/>
          <w:sz w:val="22"/>
        </w:rPr>
        <w:t>III – DO DIREITO LÍQUIDO E CERTO E DA ILEGALIDADE DO ATO COATOR</w:t>
      </w:r>
    </w:p>
    <w:p/>
    <w:p>
      <w:r>
        <w:rPr>
          <w:b w:val="0"/>
          <w:i w:val="0"/>
          <w:sz w:val="22"/>
        </w:rPr>
        <w:t>6. O Mandado de Segurança é a via adequada para a proteção do direito líquido e certo do Apelante, nos termos do artigo 5º, inciso LXIX, da Constituição Federal, combinado com a Lei nº 12.016/2009.</w:t>
      </w:r>
    </w:p>
    <w:p>
      <w:r>
        <w:rPr>
          <w:b w:val="0"/>
          <w:i w:val="0"/>
          <w:sz w:val="22"/>
        </w:rPr>
        <w:t xml:space="preserve">7. O ato coator praticado pela autoridade impugnada é ilegal e/ou abusivo, pois </w:t>
      </w:r>
    </w:p>
    <w:p>
      <w:r>
        <w:rPr>
          <w:b w:val="0"/>
          <w:i w:val="0"/>
          <w:sz w:val="22"/>
        </w:rPr>
        <w:t>(descrever os motivos que tornam o ato ilegal, expondo fatos e fundamentos jurídicos).</w:t>
      </w:r>
    </w:p>
    <w:p/>
    <w:p>
      <w:r>
        <w:rPr>
          <w:b w:val="0"/>
          <w:i w:val="0"/>
          <w:sz w:val="22"/>
        </w:rPr>
        <w:t xml:space="preserve">8. Ademais, a jurisprudência consolidada dos Tribunais pátrios reconhece que </w:t>
      </w:r>
    </w:p>
    <w:p>
      <w:r>
        <w:rPr>
          <w:b w:val="0"/>
          <w:i w:val="0"/>
          <w:sz w:val="22"/>
        </w:rPr>
        <w:t>(inserir ementas ou precedentes importantes que apoiem a tese).</w:t>
      </w:r>
    </w:p>
    <w:p/>
    <w:p/>
    <w:p>
      <w:r>
        <w:rPr>
          <w:b/>
          <w:i w:val="0"/>
          <w:sz w:val="22"/>
        </w:rPr>
        <w:t>IV – DOS PEDIDOS</w:t>
      </w:r>
    </w:p>
    <w:p/>
    <w:p>
      <w:r>
        <w:rPr>
          <w:b w:val="0"/>
          <w:i w:val="0"/>
          <w:sz w:val="22"/>
        </w:rPr>
        <w:t>Ante o exposto, requer:</w:t>
      </w:r>
    </w:p>
    <w:p>
      <w:r>
        <w:rPr>
          <w:b w:val="0"/>
          <w:i w:val="0"/>
          <w:sz w:val="22"/>
        </w:rPr>
        <w:t>a) O recebimento e o conhecimento da presente Apelação;</w:t>
      </w:r>
    </w:p>
    <w:p>
      <w:r>
        <w:rPr>
          <w:b w:val="0"/>
          <w:i w:val="0"/>
          <w:sz w:val="22"/>
        </w:rPr>
        <w:t>b) A intimação do Apelado para apresentar contrarrazões, querendo;</w:t>
      </w:r>
    </w:p>
    <w:p>
      <w:r>
        <w:rPr>
          <w:b w:val="0"/>
          <w:i w:val="0"/>
          <w:sz w:val="22"/>
        </w:rPr>
        <w:t>c) A reforma da decisão de primeiro grau, concedendo-se a segurança pretendida no Mandado de Segurança;</w:t>
      </w:r>
    </w:p>
    <w:p>
      <w:r>
        <w:rPr>
          <w:b w:val="0"/>
          <w:i w:val="0"/>
          <w:sz w:val="22"/>
        </w:rPr>
        <w:t>d) A condenação do Apelado ao pagamento das custas processuais e honorários advocatícios, na forma da lei.</w:t>
      </w:r>
    </w:p>
    <w:p/>
    <w:p/>
    <w:p>
      <w:r>
        <w:rPr>
          <w:b/>
          <w:i w:val="0"/>
          <w:sz w:val="22"/>
        </w:rPr>
        <w:t>V – DOS DOCUMENTOS ANEXADOS</w:t>
      </w:r>
    </w:p>
    <w:p/>
    <w:p>
      <w:r>
        <w:rPr>
          <w:b w:val="0"/>
          <w:i w:val="0"/>
          <w:sz w:val="22"/>
        </w:rPr>
        <w:t>Anexados a esta Apelação estão os seguintes documentos, para comprovação das alegações:</w:t>
      </w:r>
    </w:p>
    <w:p>
      <w:r>
        <w:rPr>
          <w:b w:val="0"/>
          <w:i w:val="0"/>
          <w:sz w:val="22"/>
        </w:rPr>
        <w:t>• Procuração;</w:t>
      </w:r>
    </w:p>
    <w:p>
      <w:r>
        <w:rPr>
          <w:b w:val="0"/>
          <w:i w:val="0"/>
          <w:sz w:val="22"/>
        </w:rPr>
        <w:t>• Comprovante de recolhimento do preparo;</w:t>
      </w:r>
    </w:p>
    <w:p>
      <w:r>
        <w:rPr>
          <w:b w:val="0"/>
          <w:i w:val="0"/>
          <w:sz w:val="22"/>
        </w:rPr>
        <w:t>• Cópia da sentença apelada;</w:t>
      </w:r>
    </w:p>
    <w:p>
      <w:r>
        <w:rPr>
          <w:b w:val="0"/>
          <w:i w:val="0"/>
          <w:sz w:val="22"/>
        </w:rPr>
        <w:t>• Documentos pessoais do Apelante;</w:t>
      </w:r>
    </w:p>
    <w:p>
      <w:r>
        <w:rPr>
          <w:b w:val="0"/>
          <w:i w:val="0"/>
          <w:sz w:val="22"/>
        </w:rPr>
        <w:t>• Outros documentos pertinentes.</w:t>
      </w:r>
    </w:p>
    <w:p/>
    <w:p/>
    <w:p>
      <w:pPr>
        <w:jc w:val="center"/>
      </w:pPr>
      <w:r>
        <w:rPr>
          <w:b w:val="0"/>
          <w:i w:val="0"/>
          <w:sz w:val="22"/>
        </w:rPr>
        <w:t>Termos em que,</w:t>
      </w:r>
    </w:p>
    <w:p>
      <w:pPr>
        <w:jc w:val="center"/>
      </w:pPr>
      <w:r>
        <w:rPr>
          <w:b w:val="0"/>
          <w:i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</w:t>
      </w:r>
    </w:p>
    <w:p>
      <w:pPr>
        <w:jc w:val="center"/>
      </w:pPr>
      <w:r>
        <w:rPr>
          <w:b w:val="0"/>
          <w:i w:val="0"/>
          <w:sz w:val="22"/>
        </w:rPr>
        <w:t>Local, ____ de ______________________ de ________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https://modelo-juris.com/apelacao-mandado-de-seguranca/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pelacao-mandado-de-seguranc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