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REQUERIMENTO DE AVERBAÇÃO DE DIVÓRCIO</w:t>
      </w:r>
    </w:p>
    <w:p/>
    <w:p/>
    <w:p>
      <w:pPr>
        <w:jc w:val="center"/>
      </w:pPr>
      <w:r>
        <w:rPr>
          <w:b w:val="0"/>
          <w:sz w:val="22"/>
        </w:rPr>
        <w:t>AO CARTÓRIO DE REGISTRO CIVIL DAS PESSOAS NATURAIS</w:t>
      </w:r>
    </w:p>
    <w:p>
      <w:pPr>
        <w:jc w:val="center"/>
      </w:pPr>
      <w:r>
        <w:rPr>
          <w:b w:val="0"/>
          <w:sz w:val="22"/>
        </w:rPr>
        <w:t>DO MUNICÍPIO DE _______________________________________________</w:t>
      </w:r>
    </w:p>
    <w:p/>
    <w:p/>
    <w:p>
      <w:pPr>
        <w:jc w:val="both"/>
      </w:pPr>
      <w:r>
        <w:rPr>
          <w:b/>
          <w:sz w:val="22"/>
        </w:rPr>
        <w:t>REQUERENTE:</w:t>
      </w:r>
    </w:p>
    <w:p>
      <w:pPr>
        <w:jc w:val="both"/>
      </w:pPr>
      <w:r>
        <w:rPr>
          <w:b w:val="0"/>
          <w:sz w:val="22"/>
        </w:rPr>
        <w:t>Nome completo: _________________________________________________</w:t>
      </w:r>
    </w:p>
    <w:p>
      <w:pPr>
        <w:jc w:val="both"/>
      </w:pPr>
      <w:r>
        <w:rPr>
          <w:b w:val="0"/>
          <w:sz w:val="22"/>
        </w:rPr>
        <w:t>Nacionalidade: _________________________________________________</w:t>
      </w:r>
    </w:p>
    <w:p>
      <w:pPr>
        <w:jc w:val="both"/>
      </w:pPr>
      <w:r>
        <w:rPr>
          <w:b w:val="0"/>
          <w:sz w:val="22"/>
        </w:rPr>
        <w:t>Estado civil: Divorciado(a)</w:t>
      </w:r>
    </w:p>
    <w:p>
      <w:pPr>
        <w:jc w:val="both"/>
      </w:pPr>
      <w:r>
        <w:rPr>
          <w:b w:val="0"/>
          <w:sz w:val="22"/>
        </w:rPr>
        <w:t>Profissão: ____________________________________________________</w:t>
      </w:r>
    </w:p>
    <w:p>
      <w:pPr>
        <w:jc w:val="both"/>
      </w:pPr>
      <w:r>
        <w:rPr>
          <w:b w:val="0"/>
          <w:sz w:val="22"/>
        </w:rPr>
        <w:t>CPF: _________________________________________________________</w:t>
      </w:r>
    </w:p>
    <w:p>
      <w:pPr>
        <w:jc w:val="both"/>
      </w:pPr>
      <w:r>
        <w:rPr>
          <w:b w:val="0"/>
          <w:sz w:val="22"/>
        </w:rPr>
        <w:t>RG: __________________________________________________________</w:t>
      </w:r>
    </w:p>
    <w:p>
      <w:pPr>
        <w:jc w:val="both"/>
      </w:pPr>
      <w:r>
        <w:rPr>
          <w:b w:val="0"/>
          <w:sz w:val="22"/>
        </w:rPr>
        <w:t>Data de nascimento: ___________________________________________</w:t>
      </w:r>
    </w:p>
    <w:p>
      <w:pPr>
        <w:jc w:val="both"/>
      </w:pPr>
      <w:r>
        <w:rPr>
          <w:b w:val="0"/>
          <w:sz w:val="22"/>
        </w:rPr>
        <w:t>Naturalidade: _________________________________________________</w:t>
      </w:r>
    </w:p>
    <w:p>
      <w:pPr>
        <w:jc w:val="both"/>
      </w:pPr>
      <w:r>
        <w:rPr>
          <w:b w:val="0"/>
          <w:sz w:val="22"/>
        </w:rPr>
        <w:t>Endereço completo: ____________________________________________</w:t>
      </w:r>
    </w:p>
    <w:p>
      <w:pPr>
        <w:jc w:val="both"/>
      </w:pPr>
      <w:r>
        <w:rPr>
          <w:b w:val="0"/>
          <w:sz w:val="22"/>
        </w:rPr>
        <w:t>________________________________________________________________</w:t>
      </w:r>
    </w:p>
    <w:p>
      <w:pPr>
        <w:jc w:val="both"/>
      </w:pPr>
      <w:r>
        <w:rPr>
          <w:b w:val="0"/>
          <w:sz w:val="22"/>
        </w:rPr>
        <w:t>CEP: _________________________________________________________</w:t>
      </w:r>
    </w:p>
    <w:p>
      <w:pPr>
        <w:jc w:val="both"/>
      </w:pPr>
      <w:r>
        <w:rPr>
          <w:b w:val="0"/>
          <w:sz w:val="22"/>
        </w:rPr>
        <w:t>Telefone: _____________________________________________________</w:t>
      </w:r>
    </w:p>
    <w:p>
      <w:pPr>
        <w:jc w:val="both"/>
      </w:pPr>
      <w:r>
        <w:rPr>
          <w:b w:val="0"/>
          <w:sz w:val="22"/>
        </w:rPr>
        <w:t>E-mail: ______________________________________________________</w:t>
      </w:r>
    </w:p>
    <w:p/>
    <w:p>
      <w:pPr>
        <w:jc w:val="both"/>
      </w:pPr>
      <w:r>
        <w:rPr>
          <w:b/>
          <w:sz w:val="22"/>
        </w:rPr>
        <w:t>EX-CÔNJUGE:</w:t>
      </w:r>
    </w:p>
    <w:p>
      <w:pPr>
        <w:jc w:val="both"/>
      </w:pPr>
      <w:r>
        <w:rPr>
          <w:b w:val="0"/>
          <w:sz w:val="22"/>
        </w:rPr>
        <w:t>Nome completo: _________________________________________________</w:t>
      </w:r>
    </w:p>
    <w:p>
      <w:pPr>
        <w:jc w:val="both"/>
      </w:pPr>
      <w:r>
        <w:rPr>
          <w:b w:val="0"/>
          <w:sz w:val="22"/>
        </w:rPr>
        <w:t>Nacionalidade: _________________________________________________</w:t>
      </w:r>
    </w:p>
    <w:p>
      <w:pPr>
        <w:jc w:val="both"/>
      </w:pPr>
      <w:r>
        <w:rPr>
          <w:b w:val="0"/>
          <w:sz w:val="22"/>
        </w:rPr>
        <w:t>Estado civil: Divorciado(a)</w:t>
      </w:r>
    </w:p>
    <w:p>
      <w:pPr>
        <w:jc w:val="both"/>
      </w:pPr>
      <w:r>
        <w:rPr>
          <w:b w:val="0"/>
          <w:sz w:val="22"/>
        </w:rPr>
        <w:t>Profissão: ____________________________________________________</w:t>
      </w:r>
    </w:p>
    <w:p>
      <w:pPr>
        <w:jc w:val="both"/>
      </w:pPr>
      <w:r>
        <w:rPr>
          <w:b w:val="0"/>
          <w:sz w:val="22"/>
        </w:rPr>
        <w:t>CPF: _________________________________________________________</w:t>
      </w:r>
    </w:p>
    <w:p>
      <w:pPr>
        <w:jc w:val="both"/>
      </w:pPr>
      <w:r>
        <w:rPr>
          <w:b w:val="0"/>
          <w:sz w:val="22"/>
        </w:rPr>
        <w:t>RG: __________________________________________________________</w:t>
      </w:r>
    </w:p>
    <w:p>
      <w:pPr>
        <w:jc w:val="both"/>
      </w:pPr>
      <w:r>
        <w:rPr>
          <w:b w:val="0"/>
          <w:sz w:val="22"/>
        </w:rPr>
        <w:t>Data de nascimento: ___________________________________________</w:t>
      </w:r>
    </w:p>
    <w:p>
      <w:pPr>
        <w:jc w:val="both"/>
      </w:pPr>
      <w:r>
        <w:rPr>
          <w:b w:val="0"/>
          <w:sz w:val="22"/>
        </w:rPr>
        <w:t>Naturalidade: _________________________________________________</w:t>
      </w:r>
    </w:p>
    <w:p>
      <w:pPr>
        <w:jc w:val="both"/>
      </w:pPr>
      <w:r>
        <w:rPr>
          <w:b w:val="0"/>
          <w:sz w:val="22"/>
        </w:rPr>
        <w:t>Endereço completo: ____________________________________________</w:t>
      </w:r>
    </w:p>
    <w:p>
      <w:pPr>
        <w:jc w:val="both"/>
      </w:pPr>
      <w:r>
        <w:rPr>
          <w:b w:val="0"/>
          <w:sz w:val="22"/>
        </w:rPr>
        <w:t>________________________________________________________________</w:t>
      </w:r>
    </w:p>
    <w:p>
      <w:pPr>
        <w:jc w:val="both"/>
      </w:pPr>
      <w:r>
        <w:rPr>
          <w:b w:val="0"/>
          <w:sz w:val="22"/>
        </w:rPr>
        <w:t>CEP: _________________________________________________________</w:t>
      </w:r>
    </w:p>
    <w:p>
      <w:pPr>
        <w:jc w:val="both"/>
      </w:pPr>
      <w:r>
        <w:rPr>
          <w:b w:val="0"/>
          <w:sz w:val="22"/>
        </w:rPr>
        <w:t>Telefone: _____________________________________________________</w:t>
      </w:r>
    </w:p>
    <w:p>
      <w:pPr>
        <w:jc w:val="both"/>
      </w:pPr>
      <w:r>
        <w:rPr>
          <w:b w:val="0"/>
          <w:sz w:val="22"/>
        </w:rPr>
        <w:t>E-mail: ______________________________________________________</w:t>
      </w:r>
    </w:p>
    <w:p/>
    <w:p/>
    <w:p>
      <w:pPr>
        <w:jc w:val="both"/>
      </w:pPr>
      <w:r>
        <w:rPr>
          <w:b/>
          <w:sz w:val="22"/>
        </w:rPr>
        <w:t>DOS FATOS E DO PEDIDO</w:t>
      </w:r>
    </w:p>
    <w:p/>
    <w:p>
      <w:pPr>
        <w:jc w:val="both"/>
      </w:pPr>
      <w:r>
        <w:rPr>
          <w:b w:val="0"/>
          <w:sz w:val="22"/>
        </w:rPr>
        <w:t>O requerente acima qualificado foi casado com o(a) Sr.(a) acima qualificado(a), conforme certidão de casamento registrada sob o nº ____________ no Cartório de Registro Civil das Pessoas Naturais do Município de __________________, Estado de ________________.</w:t>
      </w:r>
    </w:p>
    <w:p>
      <w:pPr>
        <w:jc w:val="both"/>
      </w:pPr>
      <w:r>
        <w:rPr>
          <w:b w:val="0"/>
          <w:sz w:val="22"/>
        </w:rPr>
        <w:t>O referido casamento foi dissolvido por sentença judicial de divórcio proferida nos autos do processo nº ________________, tramitado perante o __ Juízo da Comarca de _______________, em __/__/____ (data a ser preenchida), com trânsito em julgado em __/__/____ (data a ser preenchida).</w:t>
      </w:r>
    </w:p>
    <w:p>
      <w:pPr>
        <w:jc w:val="both"/>
      </w:pPr>
      <w:r>
        <w:rPr>
          <w:b w:val="0"/>
          <w:sz w:val="22"/>
        </w:rPr>
        <w:t>Diante da dissolução do vínculo conjugal, com fundamento no art. 107 da Lei nº 6.015/73 e art. 1.571, IV, do Código Civil, requer a averbação do divórcio na margem da certidão de casamento referida, para que produza todos os efeitos legais.</w:t>
      </w:r>
    </w:p>
    <w:p/>
    <w:p/>
    <w:p>
      <w:pPr>
        <w:jc w:val="both"/>
      </w:pPr>
      <w:r>
        <w:rPr>
          <w:b/>
          <w:sz w:val="22"/>
        </w:rPr>
        <w:t>DOS DOCUMENTOS ANEXADOS</w:t>
      </w:r>
    </w:p>
    <w:p/>
    <w:p>
      <w:pPr>
        <w:jc w:val="both"/>
      </w:pPr>
      <w:r>
        <w:rPr>
          <w:b w:val="0"/>
          <w:sz w:val="22"/>
        </w:rPr>
        <w:t>1. Cópia da certidão de casamento;</w:t>
      </w:r>
    </w:p>
    <w:p>
      <w:pPr>
        <w:jc w:val="both"/>
      </w:pPr>
      <w:r>
        <w:rPr>
          <w:b w:val="0"/>
          <w:sz w:val="22"/>
        </w:rPr>
        <w:t>2. Cópia da sentença judicial de divórcio com trânsito em julgado;</w:t>
      </w:r>
    </w:p>
    <w:p>
      <w:pPr>
        <w:jc w:val="both"/>
      </w:pPr>
      <w:r>
        <w:rPr>
          <w:b w:val="0"/>
          <w:sz w:val="22"/>
        </w:rPr>
        <w:t>3. Cópia do documento de identidade do requerente;</w:t>
      </w:r>
    </w:p>
    <w:p>
      <w:pPr>
        <w:jc w:val="both"/>
      </w:pPr>
      <w:r>
        <w:rPr>
          <w:b w:val="0"/>
          <w:sz w:val="22"/>
        </w:rPr>
        <w:t>4. Comprovante de endereço atualizado;</w:t>
      </w:r>
    </w:p>
    <w:p>
      <w:pPr>
        <w:jc w:val="both"/>
      </w:pPr>
      <w:r>
        <w:rPr>
          <w:b w:val="0"/>
          <w:sz w:val="22"/>
        </w:rPr>
        <w:t>5. Outros documentos que se fizerem necessários.</w:t>
      </w:r>
    </w:p>
    <w:p/>
    <w:p/>
    <w:p>
      <w:pPr>
        <w:jc w:val="both"/>
      </w:pPr>
      <w:r>
        <w:rPr>
          <w:b/>
          <w:sz w:val="22"/>
        </w:rPr>
        <w:t>DO REQUERIMENTO</w:t>
      </w:r>
    </w:p>
    <w:p/>
    <w:p>
      <w:pPr>
        <w:jc w:val="both"/>
      </w:pPr>
      <w:r>
        <w:rPr>
          <w:b w:val="0"/>
          <w:sz w:val="22"/>
        </w:rPr>
        <w:t>Diante do exposto, o requerente requer:</w:t>
      </w:r>
    </w:p>
    <w:p>
      <w:pPr>
        <w:jc w:val="both"/>
      </w:pPr>
      <w:r>
        <w:rPr>
          <w:b w:val="0"/>
          <w:sz w:val="22"/>
        </w:rPr>
      </w:r>
    </w:p>
    <w:p>
      <w:pPr>
        <w:jc w:val="both"/>
      </w:pPr>
      <w:r>
        <w:rPr>
          <w:b w:val="0"/>
          <w:sz w:val="22"/>
        </w:rPr>
        <w:t>a) A averbação do divórcio na margem da certidão de casamento mencionada;</w:t>
      </w:r>
    </w:p>
    <w:p>
      <w:pPr>
        <w:jc w:val="both"/>
      </w:pPr>
      <w:r>
        <w:rPr>
          <w:b w:val="0"/>
          <w:sz w:val="22"/>
        </w:rPr>
        <w:t>b) A expedição de certidão atualizada após a averbação;</w:t>
      </w:r>
    </w:p>
    <w:p>
      <w:pPr>
        <w:jc w:val="both"/>
      </w:pPr>
      <w:r>
        <w:rPr>
          <w:b w:val="0"/>
          <w:sz w:val="22"/>
        </w:rPr>
        <w:t>c) A prática de todos os atos necessários para o integral cumprimento deste requerimento.</w:t>
      </w:r>
    </w:p>
    <w:p/>
    <w:p/>
    <w:p/>
    <w:p>
      <w:pPr>
        <w:jc w:val="both"/>
      </w:pPr>
      <w:r>
        <w:rPr>
          <w:b w:val="0"/>
          <w:sz w:val="22"/>
        </w:rPr>
        <w:t>Local: ______________________________________</w:t>
      </w:r>
    </w:p>
    <w:p>
      <w:pPr>
        <w:jc w:val="both"/>
      </w:pPr>
      <w:r>
        <w:rPr>
          <w:b w:val="0"/>
          <w:sz w:val="22"/>
        </w:rPr>
        <w:t>Data: ______________________________________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sz w:val="22"/>
        </w:rPr>
        <w:t>Assinatura do Requerente</w:t>
      </w:r>
    </w:p>
    <w:p/>
    <w:p/>
    <w:p>
      <w:pPr>
        <w:jc w:val="both"/>
      </w:pPr>
      <w:r>
        <w:rPr>
          <w:b/>
          <w:sz w:val="22"/>
        </w:rPr>
        <w:t>Advogado</w:t>
      </w:r>
    </w:p>
    <w:p>
      <w:pPr>
        <w:jc w:val="both"/>
      </w:pPr>
      <w:r>
        <w:rPr>
          <w:b w:val="0"/>
          <w:sz w:val="22"/>
        </w:rPr>
        <w:t>Nome: __________________________________________</w:t>
      </w:r>
    </w:p>
    <w:p>
      <w:pPr>
        <w:jc w:val="both"/>
      </w:pPr>
      <w:r>
        <w:rPr>
          <w:b w:val="0"/>
          <w:sz w:val="22"/>
        </w:rPr>
        <w:t>OAB: 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https://modelo-juris.com/averbacao-de-divorcio/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averbacao-de-divorcio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