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CARTA DE ADVERTÊNCIA</w:t>
      </w:r>
    </w:p>
    <w:p/>
    <w:p/>
    <w:p>
      <w:r>
        <w:rPr>
          <w:b/>
          <w:sz w:val="22"/>
        </w:rPr>
        <w:t>EMPREGADOR: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CNPJ: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ENDEREÇO:</w:t>
      </w:r>
    </w:p>
    <w:p>
      <w:r>
        <w:rPr>
          <w:b w:val="0"/>
          <w:sz w:val="22"/>
        </w:rPr>
        <w:t>______________________________________________________________</w:t>
      </w:r>
    </w:p>
    <w:p/>
    <w:p>
      <w:r>
        <w:rPr>
          <w:b/>
          <w:sz w:val="22"/>
        </w:rPr>
        <w:t>EMPREGADO(A):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Função: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Setor/Departamento:</w:t>
      </w:r>
    </w:p>
    <w:p>
      <w:r>
        <w:rPr>
          <w:b w:val="0"/>
          <w:sz w:val="22"/>
        </w:rPr>
        <w:t>______________________________________________________________</w:t>
      </w:r>
    </w:p>
    <w:p>
      <w:r>
        <w:rPr>
          <w:b/>
          <w:sz w:val="22"/>
        </w:rPr>
        <w:t>Matrícula/RG:</w:t>
      </w:r>
    </w:p>
    <w:p>
      <w:r>
        <w:rPr>
          <w:b w:val="0"/>
          <w:sz w:val="22"/>
        </w:rPr>
        <w:t>______________________________________________________________</w:t>
      </w:r>
    </w:p>
    <w:p/>
    <w:p/>
    <w:p>
      <w:pPr>
        <w:jc w:val="both"/>
      </w:pPr>
      <w:r>
        <w:rPr>
          <w:b w:val="0"/>
          <w:sz w:val="22"/>
        </w:rPr>
        <w:t>Prezado(a) Senhor(a),</w:t>
      </w:r>
    </w:p>
    <w:p/>
    <w:p>
      <w:pPr>
        <w:jc w:val="both"/>
      </w:pPr>
      <w:r>
        <w:rPr>
          <w:b w:val="0"/>
          <w:sz w:val="22"/>
        </w:rPr>
        <w:t>Por meio desta, a empresa informa que foi observado comportamento inadequado no exercício de suas funções, o que contraria as normas internas e as políticas da empresa, podendo comprometer o ambiente de trabalho e o desempenho geral.</w:t>
      </w:r>
    </w:p>
    <w:p/>
    <w:p>
      <w:pPr>
        <w:jc w:val="both"/>
      </w:pPr>
      <w:r>
        <w:rPr>
          <w:b w:val="0"/>
          <w:sz w:val="22"/>
        </w:rPr>
        <w:t xml:space="preserve">Especificamente, foram observados os seguintes fatos: </w:t>
      </w:r>
    </w:p>
    <w:p/>
    <w:p>
      <w:r>
        <w:rPr>
          <w:b w:val="0"/>
          <w:sz w:val="22"/>
        </w:rPr>
        <w:t>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</w:t>
      </w:r>
    </w:p>
    <w:p/>
    <w:p>
      <w:pPr>
        <w:jc w:val="both"/>
      </w:pPr>
      <w:r>
        <w:rPr>
          <w:b w:val="0"/>
          <w:sz w:val="22"/>
        </w:rPr>
        <w:t>Esta advertência tem caráter educativo e visa alertá-lo(a) para a necessidade de correção imediata do comportamento mencionado, a fim de evitar medidas disciplinares mais severas, inclusive a suspensão ou até a rescisão do contrato de trabalho por justa causa.</w:t>
      </w:r>
    </w:p>
    <w:p/>
    <w:p>
      <w:pPr>
        <w:jc w:val="both"/>
      </w:pPr>
      <w:r>
        <w:rPr>
          <w:b w:val="0"/>
          <w:sz w:val="22"/>
        </w:rPr>
        <w:t>Ressaltamos que esta carta será arquivada em seu prontuário funcional e poderá ser utilizada para fins de avaliação de conduta e cumprimento das normas internas da empresa.</w:t>
      </w:r>
    </w:p>
    <w:p/>
    <w:p/>
    <w:p>
      <w:pPr>
        <w:jc w:val="both"/>
      </w:pPr>
      <w:r>
        <w:rPr>
          <w:b w:val="0"/>
          <w:sz w:val="22"/>
        </w:rPr>
        <w:t>Solicitamos, portanto, que o(a) colaborador(a) adeque-se às normas estabelecidas para o bom andamento das atividades e a manutenção de um ambiente de trabalho harmônico e produtivo.</w:t>
      </w:r>
    </w:p>
    <w:p/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</w:t>
              <w:br/>
              <w:t>EMPREGADOR / RESPONSÁVEL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</w:t>
              <w:br/>
              <w:t>EMPREGADO(A)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Local: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Data: ____/____/________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Testemunha 1:</w:t>
              <w:br/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Testemunha 2:</w:t>
              <w:br/>
              <w:t>____________________________</w:t>
            </w:r>
          </w:p>
        </w:tc>
      </w:tr>
    </w:tbl>
    <w:p/>
    <w:p/>
    <w:p>
      <w:r>
        <w:rPr>
          <w:b w:val="0"/>
          <w:sz w:val="22"/>
        </w:rPr>
        <w:t>Esta advertência é emitida com base nas disposições da Consolidação das Leis do Trabalho (CLT), bem como nas normas internas da empresa, com o objetivo de garantir a disciplina e o bom funcionamento do ambiente laboral.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https://modelo-juris.com/carta-de-advertencia/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arta-de-advertenci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