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2"/>
        </w:rPr>
        <w:t>NOME DA EMPRESA / REMETENTE</w:t>
      </w:r>
    </w:p>
    <w:p>
      <w:r>
        <w:rPr>
          <w:b w:val="0"/>
          <w:sz w:val="22"/>
        </w:rPr>
        <w:t>Endereço completo do remetente</w:t>
      </w:r>
    </w:p>
    <w:p>
      <w:r>
        <w:rPr>
          <w:b w:val="0"/>
          <w:sz w:val="22"/>
        </w:rPr>
        <w:t>Cidade - Estado - CEP</w:t>
      </w:r>
    </w:p>
    <w:p>
      <w:r>
        <w:rPr>
          <w:b w:val="0"/>
          <w:sz w:val="22"/>
        </w:rPr>
        <w:t>Telefone: (xx) xxxx-xxxx | E-mail: contato@empresa.com.br</w:t>
      </w:r>
    </w:p>
    <w:p/>
    <w:p/>
    <w:p>
      <w:r>
        <w:rPr>
          <w:b w:val="0"/>
          <w:sz w:val="22"/>
        </w:rPr>
        <w:t>Local: ________________________, _____ de ____________________ de ________.</w:t>
      </w:r>
    </w:p>
    <w:p/>
    <w:p/>
    <w:p>
      <w:r>
        <w:rPr>
          <w:b w:val="0"/>
          <w:sz w:val="22"/>
        </w:rPr>
        <w:t>À</w:t>
      </w:r>
    </w:p>
    <w:p>
      <w:r>
        <w:rPr>
          <w:b/>
          <w:sz w:val="22"/>
        </w:rPr>
        <w:t>NOME DO DEVEDOR / DESTINATÁRIO</w:t>
      </w:r>
    </w:p>
    <w:p>
      <w:r>
        <w:rPr>
          <w:b w:val="0"/>
          <w:sz w:val="22"/>
        </w:rPr>
        <w:t>Endereço completo do destinatário</w:t>
      </w:r>
    </w:p>
    <w:p>
      <w:r>
        <w:rPr>
          <w:b w:val="0"/>
          <w:sz w:val="22"/>
        </w:rPr>
        <w:t>Cidade - Estado - CEP</w:t>
      </w:r>
    </w:p>
    <w:p/>
    <w:p/>
    <w:p>
      <w:pPr>
        <w:jc w:val="center"/>
      </w:pPr>
      <w:r>
        <w:rPr>
          <w:b/>
          <w:sz w:val="24"/>
        </w:rPr>
        <w:t>CARTA DE COBRANÇA</w:t>
      </w:r>
    </w:p>
    <w:p/>
    <w:p/>
    <w:p>
      <w:r>
        <w:rPr>
          <w:b w:val="0"/>
          <w:sz w:val="22"/>
        </w:rPr>
        <w:t>Prezado(a) Senhor(a),</w:t>
      </w:r>
    </w:p>
    <w:p/>
    <w:p>
      <w:r>
        <w:rPr>
          <w:b w:val="0"/>
          <w:sz w:val="22"/>
        </w:rPr>
        <w:t>Nos dirigimos a V.Sa. para tratar da pendência financeira referente ao débito descrito abaixo, cujo vencimento está em atraso:</w:t>
      </w:r>
    </w:p>
    <w:p/>
    <w:p>
      <w:r>
        <w:rPr>
          <w:b w:val="0"/>
          <w:sz w:val="22"/>
        </w:rPr>
        <w:t>Valor devido: R$ ____________________________</w:t>
      </w:r>
    </w:p>
    <w:p>
      <w:r>
        <w:rPr>
          <w:b w:val="0"/>
          <w:sz w:val="22"/>
        </w:rPr>
        <w:t>Data de vencimento: ___/___/______</w:t>
      </w:r>
    </w:p>
    <w:p>
      <w:r>
        <w:rPr>
          <w:b w:val="0"/>
          <w:sz w:val="22"/>
        </w:rPr>
        <w:t>Descrição da dívida: _______________________________________________________________</w:t>
      </w:r>
    </w:p>
    <w:p/>
    <w:p>
      <w:r>
        <w:rPr>
          <w:b w:val="0"/>
          <w:sz w:val="22"/>
        </w:rPr>
        <w:t>Conforme previsto em contrato e na legislação vigente, o não pagamento no prazo estipulado implica em aplicação de juros moratórios, correção monetária e eventuais encargos legais.</w:t>
      </w:r>
    </w:p>
    <w:p/>
    <w:p>
      <w:r>
        <w:rPr>
          <w:b w:val="0"/>
          <w:sz w:val="22"/>
        </w:rPr>
        <w:t>Dessa forma, solicitamos a regularização do débito no prazo máximo de 10 (dez) dias úteis a contar do recebimento desta carta, a fim de evitar a adoção de medidas judiciais cabíveis para a cobrança do valor devido.</w:t>
      </w:r>
    </w:p>
    <w:p/>
    <w:p>
      <w:r>
        <w:rPr>
          <w:b w:val="0"/>
          <w:sz w:val="22"/>
        </w:rPr>
        <w:t>Para sua comodidade, seguem os dados para pagamento:</w:t>
      </w:r>
    </w:p>
    <w:p>
      <w:r>
        <w:rPr>
          <w:b w:val="0"/>
          <w:sz w:val="22"/>
        </w:rPr>
        <w:t>- Banco: _________________________</w:t>
      </w:r>
    </w:p>
    <w:p>
      <w:r>
        <w:rPr>
          <w:b w:val="0"/>
          <w:sz w:val="22"/>
        </w:rPr>
        <w:t>- Agência: _______________________</w:t>
      </w:r>
    </w:p>
    <w:p>
      <w:r>
        <w:rPr>
          <w:b w:val="0"/>
          <w:sz w:val="22"/>
        </w:rPr>
        <w:t>- Conta Corrente: ________________</w:t>
      </w:r>
    </w:p>
    <w:p>
      <w:r>
        <w:rPr>
          <w:b w:val="0"/>
          <w:sz w:val="22"/>
        </w:rPr>
        <w:t>- Favorecido: ____________________</w:t>
      </w:r>
    </w:p>
    <w:p>
      <w:r>
        <w:rPr>
          <w:b w:val="0"/>
          <w:sz w:val="22"/>
        </w:rPr>
        <w:t>- CNPJ/CPF: ______________________</w:t>
      </w:r>
    </w:p>
    <w:p/>
    <w:p>
      <w:r>
        <w:rPr>
          <w:b w:val="0"/>
          <w:sz w:val="22"/>
        </w:rPr>
        <w:t>Caso o pagamento já tenha sido efetuado, por favor desconsidere esta notificação.</w:t>
      </w:r>
    </w:p>
    <w:p/>
    <w:p>
      <w:r>
        <w:rPr>
          <w:b w:val="0"/>
          <w:sz w:val="22"/>
        </w:rPr>
        <w:t>Estamos à disposição para quaisquer esclarecimentos e para negociar condições de pagamento que possam facilitar a quitação do débito.</w:t>
      </w:r>
    </w:p>
    <w:p/>
    <w:p>
      <w:r>
        <w:rPr>
          <w:b w:val="0"/>
          <w:sz w:val="22"/>
        </w:rPr>
        <w:t>Atenciosamente,</w:t>
      </w:r>
    </w:p>
    <w:p/>
    <w:p>
      <w:r>
        <w:rPr>
          <w:b w:val="0"/>
          <w:sz w:val="22"/>
        </w:rPr>
        <w:t>__________________________________________________</w:t>
      </w:r>
    </w:p>
    <w:p>
      <w:r>
        <w:rPr>
          <w:b w:val="0"/>
          <w:sz w:val="22"/>
        </w:rPr>
        <w:t>NOME DO RESPONSÁVEL</w:t>
      </w:r>
    </w:p>
    <w:p>
      <w:r>
        <w:rPr>
          <w:b w:val="0"/>
          <w:sz w:val="22"/>
        </w:rPr>
        <w:t>Cargo/Função</w:t>
      </w:r>
    </w:p>
    <w:p>
      <w:r>
        <w:rPr>
          <w:b w:val="0"/>
          <w:sz w:val="22"/>
        </w:rPr>
        <w:t>Telefone para contato: (xx) xxxx-xxxx</w:t>
      </w:r>
    </w:p>
    <w:p>
      <w:r>
        <w:rPr>
          <w:b w:val="0"/>
          <w:sz w:val="22"/>
        </w:rPr>
        <w:t>E-mail: contato@empresa.com.br</w:t>
      </w:r>
    </w:p>
    <w:p/>
    <w:p>
      <w:r>
        <w:rPr>
          <w:b w:val="0"/>
          <w:sz w:val="22"/>
        </w:rPr>
        <w:t>OBSERVAÇÃO: Esta carta constitui notificação extrajudicial para fins de cobrança, sem prejuízo das medidas legais cabíveis.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https://modelo-juris.com/carta-de-cobranca/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carta-de-cobranca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