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QUITAÇÃO DE DÉBITO</w:t>
      </w:r>
    </w:p>
    <w:p/>
    <w:p/>
    <w:p>
      <w:r>
        <w:rPr>
          <w:b w:val="0"/>
          <w:i w:val="0"/>
          <w:sz w:val="22"/>
        </w:rPr>
        <w:t xml:space="preserve">Eu, _________________________________________________, brasileiro(a), portador(a) do CPF nº ____________________, residente e domiciliado(a) à ____________________________________________________________, na qualidade de (credor(a)/empresa credora), declaro para os devidos fins que recebi de </w:t>
      </w:r>
    </w:p>
    <w:p>
      <w:r>
        <w:rPr>
          <w:b w:val="0"/>
          <w:i w:val="0"/>
          <w:sz w:val="22"/>
        </w:rPr>
        <w:t>_________________________________________________, brasileiro(a), portador(a) do CPF nº ____________________, residente e domiciliado(a) à ____________________________________________________________, na qualidade de (devedor(a)), a quantia de R$ ___________________________ (______________________________________________________________), referente ao pagamento integral do débito existente entre as partes, conforme detalhamento a seguir:</w:t>
      </w:r>
    </w:p>
    <w:p/>
    <w:p>
      <w:r>
        <w:rPr>
          <w:b/>
          <w:i w:val="0"/>
          <w:sz w:val="22"/>
        </w:rPr>
        <w:t>DETALHAMENTO DO DÉBITO:</w:t>
      </w:r>
    </w:p>
    <w:p>
      <w:r>
        <w:rPr>
          <w:b w:val="0"/>
          <w:i w:val="0"/>
          <w:sz w:val="22"/>
        </w:rPr>
        <w:t>Descrição do débito: _____________________________________________________________________________________________</w:t>
      </w:r>
    </w:p>
    <w:p>
      <w:r>
        <w:rPr>
          <w:b w:val="0"/>
          <w:i w:val="0"/>
          <w:sz w:val="22"/>
        </w:rPr>
        <w:t>Valor principal: R$ _________________________</w:t>
      </w:r>
    </w:p>
    <w:p>
      <w:r>
        <w:rPr>
          <w:b w:val="0"/>
          <w:i w:val="0"/>
          <w:sz w:val="22"/>
        </w:rPr>
        <w:t>Juros e correção monetária: R$ _________________________</w:t>
      </w:r>
    </w:p>
    <w:p>
      <w:r>
        <w:rPr>
          <w:b w:val="0"/>
          <w:i w:val="0"/>
          <w:sz w:val="22"/>
        </w:rPr>
        <w:t>Multas e encargos: R$ _________________________</w:t>
      </w:r>
    </w:p>
    <w:p>
      <w:r>
        <w:rPr>
          <w:b w:val="0"/>
          <w:i w:val="0"/>
          <w:sz w:val="22"/>
        </w:rPr>
        <w:t>Valor total pago: R$ _________________________</w:t>
      </w:r>
    </w:p>
    <w:p/>
    <w:p>
      <w:r>
        <w:rPr>
          <w:b w:val="0"/>
          <w:i/>
          <w:sz w:val="22"/>
        </w:rPr>
        <w:t>Declaro, para os devidos fins, que com o pagamento mencionado, o(a) devedor(a) está completamente quite com todas as obrigações relacionadas ao débito acima especificado, nada mais tendo a exigir a esse título, para qualquer efeito legal.</w:t>
      </w:r>
    </w:p>
    <w:p/>
    <w:p>
      <w:r>
        <w:rPr>
          <w:b w:val="0"/>
          <w:i/>
          <w:sz w:val="22"/>
        </w:rPr>
        <w:t>Esta quitação é feita sem prejuízo de direitos e obrigações futuros e não implica em reconhecimento de qualquer outra obrigação não prevista nesta carta.</w:t>
      </w:r>
    </w:p>
    <w:p/>
    <w:p/>
    <w:p>
      <w:r>
        <w:rPr>
          <w:b w:val="0"/>
          <w:i w:val="0"/>
          <w:sz w:val="22"/>
        </w:rPr>
        <w:t>Local: ____________________________________________</w:t>
      </w:r>
    </w:p>
    <w:p>
      <w:r>
        <w:rPr>
          <w:b w:val="0"/>
          <w:i w:val="0"/>
          <w:sz w:val="22"/>
        </w:rPr>
        <w:t>Data: _____________________________________________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do(a) Credor(a) / Empresa Credora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do(a) Devedor(a)</w:t>
      </w:r>
    </w:p>
    <w:p/>
    <w:p/>
    <w:p/>
    <w:p>
      <w:r>
        <w:rPr>
          <w:b/>
          <w:i w:val="0"/>
          <w:sz w:val="22"/>
        </w:rPr>
        <w:t>TESTEMUNHAS:</w:t>
      </w:r>
    </w:p>
    <w:p>
      <w:r>
        <w:rPr>
          <w:b w:val="0"/>
          <w:i w:val="0"/>
          <w:sz w:val="22"/>
        </w:rPr>
        <w:t>1. Nome: _____________________________________________  CPF: ___________________________  Assinatura: ___________________________</w:t>
      </w:r>
    </w:p>
    <w:p>
      <w:r>
        <w:rPr>
          <w:b w:val="0"/>
          <w:i w:val="0"/>
          <w:sz w:val="22"/>
        </w:rPr>
        <w:t>2. Nome: _____________________________________________  CPF: ___________________________  Assinatura: ___________________________</w:t>
      </w:r>
    </w:p>
    <w:p/>
    <w:p/>
    <w:p>
      <w:r>
        <w:rPr>
          <w:b w:val="0"/>
          <w:i/>
          <w:sz w:val="22"/>
        </w:rPr>
        <w:t>Esta carta de quitação é emitida em duas vias de igual teor e forma, para que produza seus jurídicos e legais efeitos.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https://modelo-juris.com/carta-de-quitacao-de-debito/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arta-de-quitacao-de-debit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