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CESSÃO DE DIREITOS SOBRE IMÓVEL</w:t>
      </w:r>
    </w:p>
    <w:p/>
    <w:p/>
    <w:p>
      <w:r>
        <w:rPr>
          <w:b/>
          <w:sz w:val="22"/>
        </w:rPr>
        <w:t>CEDENTE: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</w:t>
      </w:r>
    </w:p>
    <w:p/>
    <w:p>
      <w:r>
        <w:rPr>
          <w:b/>
          <w:sz w:val="22"/>
        </w:rPr>
        <w:t>CESSIONÁRIO: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</w:t>
      </w:r>
    </w:p>
    <w:p/>
    <w:p/>
    <w:p>
      <w:pPr>
        <w:jc w:val="left"/>
      </w:pPr>
      <w:r>
        <w:rPr>
          <w:b/>
          <w:sz w:val="22"/>
        </w:rPr>
        <w:t>CLÁUSULA 1 - DO OBJETO</w:t>
      </w:r>
    </w:p>
    <w:p>
      <w:pPr>
        <w:ind w:firstLine="360"/>
      </w:pPr>
      <w:r>
        <w:rPr>
          <w:b w:val="0"/>
          <w:sz w:val="22"/>
        </w:rPr>
        <w:t>O CEDENTE, legítimo titular dos direitos possessórios e creditórios relativos ao imóvel situado à ______________________________________________________________, registrado sob matrícula nº ____________, no Cartório de Registro de Imóveis da ________________, cede e transfere ao CESSIONÁRIO, que aceita, todos os seus direitos referentes ao referido imóvel, compreendendo contratos, ações, benfeitorias, direitos possessórios e quaisquer outras prerrogativas a ele vinculadas, nos termos deste instrumento.</w:t>
      </w:r>
    </w:p>
    <w:p/>
    <w:p>
      <w:pPr>
        <w:jc w:val="left"/>
      </w:pPr>
      <w:r>
        <w:rPr>
          <w:b/>
          <w:sz w:val="22"/>
        </w:rPr>
        <w:t>CLÁUSULA 2 - DO VALOR E FORMA DE PAGAMENTO</w:t>
      </w:r>
    </w:p>
    <w:p>
      <w:pPr>
        <w:ind w:firstLine="360"/>
      </w:pPr>
      <w:r>
        <w:rPr>
          <w:b w:val="0"/>
          <w:sz w:val="22"/>
        </w:rPr>
        <w:t>Pelo presente instrumento, o CESSIONÁRIO pagará ao CEDENTE a quantia total de R$ _____________________ (______________________________________________________), que será paga da seguinte forma:</w:t>
      </w:r>
    </w:p>
    <w:p>
      <w:pPr>
        <w:ind w:firstLine="360"/>
      </w:pPr>
      <w:r>
        <w:rPr>
          <w:b w:val="0"/>
          <w:sz w:val="22"/>
        </w:rPr>
        <w:t>- _______________________________________________________________________</w:t>
      </w:r>
    </w:p>
    <w:p>
      <w:pPr>
        <w:ind w:firstLine="360"/>
      </w:pPr>
      <w:r>
        <w:rPr>
          <w:b w:val="0"/>
          <w:sz w:val="22"/>
        </w:rPr>
        <w:t>- _______________________________________________________________________</w:t>
      </w:r>
    </w:p>
    <w:p/>
    <w:p>
      <w:pPr>
        <w:jc w:val="left"/>
      </w:pPr>
      <w:r>
        <w:rPr>
          <w:b/>
          <w:sz w:val="22"/>
        </w:rPr>
        <w:t>CLÁUSULA 3 - DAS OBRIGAÇÕES DO CEDENTE</w:t>
      </w:r>
    </w:p>
    <w:p>
      <w:pPr>
        <w:ind w:firstLine="360"/>
      </w:pPr>
      <w:r>
        <w:rPr>
          <w:b w:val="0"/>
          <w:sz w:val="22"/>
        </w:rPr>
        <w:t>O CEDENTE declara que os direitos cedidos são legítimos, livres e desembaraçados de quaisquer ônus, gravames, penhoras, hipotecas, ações judiciais ou quaisquer outras restrições que possam impedir a cessão ora realizada. Compromete-se ainda a entregar ao CESSIONÁRIO toda a documentação necessária para o pleno exercício dos direitos cedidos.</w:t>
      </w:r>
    </w:p>
    <w:p/>
    <w:p>
      <w:pPr>
        <w:jc w:val="left"/>
      </w:pPr>
      <w:r>
        <w:rPr>
          <w:b/>
          <w:sz w:val="22"/>
        </w:rPr>
        <w:t>CLÁUSULA 4 - DAS OBRIGAÇÕES DO CESSIONÁRIO</w:t>
      </w:r>
    </w:p>
    <w:p>
      <w:pPr>
        <w:ind w:firstLine="360"/>
      </w:pPr>
      <w:r>
        <w:rPr>
          <w:b w:val="0"/>
          <w:sz w:val="22"/>
        </w:rPr>
        <w:t>O CESSIONÁRIO compromete-se a respeitar todas as condições contratuais e legais atinentes aos direitos ora cedidos, bem como a assumir todas as responsabilidades decorrentes da posse e utilização do imóvel, a partir da data da cessão.</w:t>
      </w:r>
    </w:p>
    <w:p/>
    <w:p>
      <w:pPr>
        <w:jc w:val="left"/>
      </w:pPr>
      <w:r>
        <w:rPr>
          <w:b/>
          <w:sz w:val="22"/>
        </w:rPr>
        <w:t>CLÁUSULA 5 - DA TRANSFERÊNCIA E REGISTRO</w:t>
      </w:r>
    </w:p>
    <w:p>
      <w:pPr>
        <w:ind w:firstLine="360"/>
      </w:pPr>
      <w:r>
        <w:rPr>
          <w:b w:val="0"/>
          <w:sz w:val="22"/>
        </w:rPr>
        <w:t>O presente instrumento produz efeitos entre as partes desde a sua assinatura, ficando o CESSIONÁRIO autorizado a requerer junto ao Cartório de Registro de Imóveis competente a averbação desta cessão, assumindo todas as despesas relacionadas à efetivação do registro.</w:t>
      </w:r>
    </w:p>
    <w:p/>
    <w:p>
      <w:pPr>
        <w:jc w:val="left"/>
      </w:pPr>
      <w:r>
        <w:rPr>
          <w:b/>
          <w:sz w:val="22"/>
        </w:rPr>
        <w:t>CLÁUSULA 6 - DA RESCISÃO</w:t>
      </w:r>
    </w:p>
    <w:p>
      <w:pPr>
        <w:ind w:firstLine="360"/>
      </w:pPr>
      <w:r>
        <w:rPr>
          <w:b w:val="0"/>
          <w:sz w:val="22"/>
        </w:rPr>
        <w:t>Em caso de descumprimento de quaisquer das cláusulas deste instrumento, a parte prejudicada poderá rescindir o presente contrato, mediante notificação por escrito à parte infratora, assegurando-se o direito de pleitear indenização por perdas e danos.</w:t>
      </w:r>
    </w:p>
    <w:p/>
    <w:p>
      <w:pPr>
        <w:jc w:val="left"/>
      </w:pPr>
      <w:r>
        <w:rPr>
          <w:b/>
          <w:sz w:val="22"/>
        </w:rPr>
        <w:t>CLÁUSULA 7 - DAS DISPOSIÇÕES GERAIS</w:t>
      </w:r>
    </w:p>
    <w:p>
      <w:pPr>
        <w:ind w:firstLine="360"/>
      </w:pPr>
      <w:r>
        <w:rPr>
          <w:b w:val="0"/>
          <w:sz w:val="22"/>
        </w:rPr>
        <w:t>7.1. As partes elegem o foro da comarca de ____________________________, para dirimir quaisquer dúvidas ou litígios decorrentes deste contrato, renunciando a qualquer outro, por mais privilegiado que seja.</w:t>
      </w:r>
    </w:p>
    <w:p>
      <w:pPr>
        <w:ind w:firstLine="360"/>
      </w:pPr>
      <w:r>
        <w:rPr>
          <w:b w:val="0"/>
          <w:sz w:val="22"/>
        </w:rPr>
        <w:t>7.2. Este instrumento constitui o acordo integral entre as partes, substituindo quaisquer entendimentos anteriores, verbais ou escritos.</w:t>
      </w:r>
    </w:p>
    <w:p/>
    <w:p/>
    <w:p>
      <w:pPr>
        <w:ind w:firstLine="360"/>
      </w:pPr>
      <w:r>
        <w:rPr>
          <w:b w:val="0"/>
          <w:sz w:val="22"/>
        </w:rPr>
        <w:t>E, por estarem assim justos e acordados, firmam o presente instrumento em 2 (duas) vias de igual teor e forma, para que produza seus efeitos legais.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Nome do Cedente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Nome do Cessionário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CPF: _______________________________</w:t>
            </w:r>
          </w:p>
        </w:tc>
      </w:tr>
    </w:tbl>
    <w:p/>
    <w:p/>
    <w:p/>
    <w:p>
      <w:r>
        <w:rPr>
          <w:b/>
          <w:sz w:val="22"/>
        </w:rPr>
        <w:t>Testemunhas:</w:t>
      </w:r>
    </w:p>
    <w:p>
      <w:r>
        <w:rPr>
          <w:b w:val="0"/>
          <w:sz w:val="22"/>
        </w:rPr>
        <w:t>1) Nome: ____________________________________   CPF: _________________________</w:t>
      </w:r>
    </w:p>
    <w:p>
      <w:r>
        <w:rPr>
          <w:b w:val="0"/>
          <w:sz w:val="22"/>
        </w:rPr>
        <w:t>2) Nome: ____________________________________   CPF: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https://modelo-juris.com/cessao-de-direitos-imovel/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cessao-de-direitos-imovel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