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CONSIGNAÇÃO EM PAGAMENTO</w:t>
      </w:r>
    </w:p>
    <w:p/>
    <w:p>
      <w:r>
        <w:rPr>
          <w:b/>
          <w:sz w:val="20"/>
        </w:rPr>
        <w:t>EXCELENTÍSSIMO(A) SENHOR(A) DOUTOR(A) JUIZ(A) DE DIREITO DA ___ VARA CÍVEL DA COMARCA DE ____________________</w:t>
      </w:r>
    </w:p>
    <w:p/>
    <w:p>
      <w:r>
        <w:rPr>
          <w:b/>
          <w:sz w:val="20"/>
        </w:rPr>
        <w:t>NOME DO CONSIGNANTE: _____________________________________________________________</w:t>
      </w:r>
    </w:p>
    <w:p>
      <w:r>
        <w:rPr>
          <w:b/>
          <w:sz w:val="20"/>
        </w:rPr>
        <w:t>NACIONALIDADE: ___________________________________________________________________</w:t>
      </w:r>
    </w:p>
    <w:p>
      <w:r>
        <w:rPr>
          <w:b/>
          <w:sz w:val="20"/>
        </w:rPr>
        <w:t>ESTADO CIVIL: _____________________________________________________________________</w:t>
      </w:r>
    </w:p>
    <w:p>
      <w:r>
        <w:rPr>
          <w:b/>
          <w:sz w:val="20"/>
        </w:rPr>
        <w:t>PROFISSÃO: _______________________________________________________________________</w:t>
      </w:r>
    </w:p>
    <w:p>
      <w:r>
        <w:rPr>
          <w:b/>
          <w:sz w:val="20"/>
        </w:rPr>
        <w:t>CPF/CNPJ: ________________________________________________________________________</w:t>
      </w:r>
    </w:p>
    <w:p>
      <w:r>
        <w:rPr>
          <w:b/>
          <w:sz w:val="20"/>
        </w:rPr>
        <w:t>RG: ______________________________________________________________________________</w:t>
      </w:r>
    </w:p>
    <w:p>
      <w:r>
        <w:rPr>
          <w:b/>
          <w:sz w:val="20"/>
        </w:rPr>
        <w:t>ENDEREÇO COMPLETO: ________________________________________________________________</w:t>
      </w:r>
    </w:p>
    <w:p>
      <w:r>
        <w:rPr>
          <w:b/>
          <w:sz w:val="20"/>
        </w:rPr>
        <w:t>TELEFONE: _______________________________________________________________________</w:t>
      </w:r>
    </w:p>
    <w:p>
      <w:r>
        <w:rPr>
          <w:b/>
          <w:sz w:val="20"/>
        </w:rPr>
        <w:t>E-MAIL: _________________________________________________________________________</w:t>
      </w:r>
    </w:p>
    <w:p/>
    <w:p>
      <w:r>
        <w:rPr>
          <w:b/>
          <w:sz w:val="20"/>
        </w:rPr>
        <w:t>NOME DO CONSIGNADO: ______________________________________________________________</w:t>
      </w:r>
    </w:p>
    <w:p>
      <w:r>
        <w:rPr>
          <w:b/>
          <w:sz w:val="20"/>
        </w:rPr>
        <w:t>NACIONALIDADE: ___________________________________________________________________</w:t>
      </w:r>
    </w:p>
    <w:p>
      <w:r>
        <w:rPr>
          <w:b/>
          <w:sz w:val="20"/>
        </w:rPr>
        <w:t>ESTADO CIVIL: _____________________________________________________________________</w:t>
      </w:r>
    </w:p>
    <w:p>
      <w:r>
        <w:rPr>
          <w:b/>
          <w:sz w:val="20"/>
        </w:rPr>
        <w:t>PROFISSÃO: _______________________________________________________________________</w:t>
      </w:r>
    </w:p>
    <w:p>
      <w:r>
        <w:rPr>
          <w:b/>
          <w:sz w:val="20"/>
        </w:rPr>
        <w:t>CPF/CNPJ: ________________________________________________________________________</w:t>
      </w:r>
    </w:p>
    <w:p>
      <w:r>
        <w:rPr>
          <w:b/>
          <w:sz w:val="20"/>
        </w:rPr>
        <w:t>RG: ______________________________________________________________________________</w:t>
      </w:r>
    </w:p>
    <w:p>
      <w:r>
        <w:rPr>
          <w:b/>
          <w:sz w:val="20"/>
        </w:rPr>
        <w:t>ENDEREÇO COMPLETO: ________________________________________________________________</w:t>
      </w:r>
    </w:p>
    <w:p>
      <w:r>
        <w:rPr>
          <w:b/>
          <w:sz w:val="20"/>
        </w:rPr>
        <w:t>TELEFONE: _______________________________________________________________________</w:t>
      </w:r>
    </w:p>
    <w:p>
      <w:r>
        <w:rPr>
          <w:b/>
          <w:sz w:val="20"/>
        </w:rPr>
        <w:t>E-MAIL: _________________________________________________________________________</w:t>
      </w:r>
    </w:p>
    <w:p/>
    <w:p>
      <w:r>
        <w:rPr>
          <w:b/>
          <w:sz w:val="22"/>
        </w:rPr>
        <w:t>I - DOS FATOS</w:t>
      </w:r>
    </w:p>
    <w:p>
      <w:r>
        <w:rPr>
          <w:b w:val="0"/>
          <w:sz w:val="20"/>
        </w:rPr>
        <w:t>O Consignante contraiu obrigação de pagar quantia certa ao Consignado, referente a: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O pagamento da dívida foi devidamente ofertado pelo Consignante, porém recusado pelo Consignado,</w:t>
      </w:r>
    </w:p>
    <w:p>
      <w:r>
        <w:rPr>
          <w:b w:val="0"/>
          <w:sz w:val="20"/>
        </w:rPr>
        <w:t>não restando alternativa senão a propositura da presente ação para consignar judicialmente a importância devida.</w:t>
      </w:r>
    </w:p>
    <w:p/>
    <w:p>
      <w:r>
        <w:rPr>
          <w:b/>
          <w:sz w:val="22"/>
        </w:rPr>
        <w:t>II - DO DIREITO</w:t>
      </w:r>
    </w:p>
    <w:p>
      <w:r>
        <w:rPr>
          <w:b w:val="0"/>
          <w:sz w:val="20"/>
        </w:rPr>
        <w:t>A presente ação encontra amparo no artigo 335 e seguintes do Código de Processo Civil,</w:t>
      </w:r>
    </w:p>
    <w:p>
      <w:r>
        <w:rPr>
          <w:b w:val="0"/>
          <w:sz w:val="20"/>
        </w:rPr>
        <w:t>bem como no artigo 334 do Código Civil, que dispõem sobre a consignação em pagamento,</w:t>
      </w:r>
    </w:p>
    <w:p>
      <w:r>
        <w:rPr>
          <w:b w:val="0"/>
          <w:sz w:val="20"/>
        </w:rPr>
        <w:t>quando o credor se recusa a receber a quantia devida ou quando existem dúvidas sobre quem é o credor legítimo.</w:t>
      </w:r>
    </w:p>
    <w:p>
      <w:r>
        <w:rPr>
          <w:b w:val="0"/>
          <w:sz w:val="20"/>
        </w:rPr>
        <w:t>Dessa forma, o Consignante cumpre o dever legal de depositar a quantia em juízo,</w:t>
      </w:r>
    </w:p>
    <w:p>
      <w:r>
        <w:rPr>
          <w:b w:val="0"/>
          <w:sz w:val="20"/>
        </w:rPr>
        <w:t>solvendo a obrigação e afastando quaisquer responsabilidades futuras quanto ao débito objeto da consignação.</w:t>
      </w:r>
    </w:p>
    <w:p/>
    <w:p>
      <w:r>
        <w:rPr>
          <w:b/>
          <w:sz w:val="22"/>
        </w:rPr>
        <w:t>III - DO VALOR E DO DEPÓSITO</w:t>
      </w:r>
    </w:p>
    <w:p>
      <w:r>
        <w:rPr>
          <w:b w:val="0"/>
          <w:sz w:val="20"/>
        </w:rPr>
        <w:t>O valor objeto da consignação é de R$ ________________________, correspondente a: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O depósito judicial será realizado na forma deste juízo, conforme determina a legislação vigente.</w:t>
      </w:r>
    </w:p>
    <w:p/>
    <w:p>
      <w:r>
        <w:rPr>
          <w:b/>
          <w:sz w:val="22"/>
        </w:rPr>
        <w:t>IV - DOS PEDIDOS</w:t>
      </w:r>
    </w:p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  <w:t>1. A citação do Consignado para que, querendo, conteste a presente ação no prazo legal;</w:t>
      </w:r>
    </w:p>
    <w:p>
      <w:r>
        <w:rPr>
          <w:b w:val="0"/>
          <w:sz w:val="20"/>
        </w:rPr>
        <w:t>2. A aceitação do depósito judicial da quantia indicada, para quitação da obrigação do Consignante;</w:t>
      </w:r>
    </w:p>
    <w:p>
      <w:r>
        <w:rPr>
          <w:b w:val="0"/>
          <w:sz w:val="20"/>
        </w:rPr>
        <w:t>3. A extinção da obrigação, com a consequente liberação do Consignante de qualquer responsabilidade;</w:t>
      </w:r>
    </w:p>
    <w:p>
      <w:r>
        <w:rPr>
          <w:b w:val="0"/>
          <w:sz w:val="20"/>
        </w:rPr>
        <w:t>4. A condenação do Consignado ao pagamento das custas processuais e honorários advocatícios;</w:t>
      </w:r>
    </w:p>
    <w:p>
      <w:r>
        <w:rPr>
          <w:b w:val="0"/>
          <w:sz w:val="20"/>
        </w:rPr>
        <w:t>5. A produção de todas as provas em direito admitidas, especialmente documental e testemunhal;</w:t>
      </w:r>
    </w:p>
    <w:p>
      <w:r>
        <w:rPr>
          <w:b w:val="0"/>
          <w:sz w:val="20"/>
        </w:rPr>
        <w:t>6. A tramitação prioritária, caso o Consignante se enquadre nos requisitos legais para tal benefício.</w:t>
      </w:r>
    </w:p>
    <w:p/>
    <w:p>
      <w:r>
        <w:rPr>
          <w:b/>
          <w:sz w:val="22"/>
        </w:rPr>
        <w:t>V - DO VALOR DA CAUSA</w:t>
      </w:r>
    </w:p>
    <w:p>
      <w:r>
        <w:rPr>
          <w:b w:val="0"/>
          <w:sz w:val="20"/>
        </w:rPr>
        <w:t>Dá-se à causa o valor de R$ ________________________________ (valor do depósito).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__________________________, _____________________________</w:t>
      </w:r>
    </w:p>
    <w:p>
      <w:r>
        <w:rPr>
          <w:b w:val="0"/>
          <w:sz w:val="20"/>
        </w:rPr>
        <w:t>Local                             Data</w:t>
      </w:r>
    </w:p>
    <w:p/>
    <w:p/>
    <w:p/>
    <w:p>
      <w:r>
        <w:rPr>
          <w:b w:val="0"/>
          <w:sz w:val="20"/>
        </w:rPr>
        <w:t>__________________________________________________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https://modelo-juris.com/consignacao-em-pagamento/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signacao-em-pagament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