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CONTRANOTIFICAÇÃO EXTRAJUDICIAL</w:t>
      </w:r>
    </w:p>
    <w:p/>
    <w:p/>
    <w:p>
      <w:r>
        <w:rPr>
          <w:b w:val="0"/>
          <w:i w:val="0"/>
          <w:sz w:val="22"/>
        </w:rPr>
        <w:t>À</w:t>
      </w:r>
    </w:p>
    <w:p>
      <w:r>
        <w:rPr>
          <w:b w:val="0"/>
          <w:i w:val="0"/>
          <w:sz w:val="22"/>
        </w:rPr>
        <w:t>______________________________</w:t>
      </w:r>
    </w:p>
    <w:p>
      <w:r>
        <w:rPr>
          <w:b w:val="0"/>
          <w:i w:val="0"/>
          <w:sz w:val="22"/>
        </w:rPr>
        <w:t>Nome / Razão Social da Notificada</w:t>
      </w:r>
    </w:p>
    <w:p>
      <w:r>
        <w:rPr>
          <w:b w:val="0"/>
          <w:i w:val="0"/>
          <w:sz w:val="22"/>
        </w:rPr>
        <w:t>Endereço Completo</w:t>
      </w:r>
    </w:p>
    <w:p>
      <w:r>
        <w:rPr>
          <w:b w:val="0"/>
          <w:i w:val="0"/>
          <w:sz w:val="22"/>
        </w:rPr>
        <w:t>Cidade - Estado</w:t>
      </w:r>
    </w:p>
    <w:p>
      <w:r>
        <w:rPr>
          <w:b w:val="0"/>
          <w:i w:val="0"/>
          <w:sz w:val="22"/>
        </w:rPr>
        <w:t>CEP: _____________</w:t>
      </w:r>
    </w:p>
    <w:p/>
    <w:p/>
    <w:p>
      <w:r>
        <w:rPr>
          <w:b w:val="0"/>
          <w:i w:val="0"/>
          <w:sz w:val="22"/>
        </w:rPr>
        <w:t>Prezados Senhores,</w:t>
      </w:r>
    </w:p>
    <w:p/>
    <w:p>
      <w:r>
        <w:rPr>
          <w:b w:val="0"/>
          <w:i w:val="0"/>
          <w:sz w:val="22"/>
        </w:rPr>
        <w:t>Eu, ________________________________________________, nacionalidade ________________, estado civil ________________, profissão ________________, portador(a) do CPF nº ________________ e RG nº ________________, residente e domiciliado(a) na ____________________________________________, venho, por meio desta, apresentar CONTRANOTIFICAÇÃO EXTRAJUDICIAL em face da NOTIFICAÇÃO EXTRAJUDICIAL recebida em __/__/____, referente ao processo/ocorrência nº ________________, pelos fatos e fundamentos a seguir expostos:</w:t>
      </w:r>
    </w:p>
    <w:p/>
    <w:p>
      <w:r>
        <w:rPr>
          <w:b/>
          <w:i w:val="0"/>
          <w:sz w:val="22"/>
        </w:rPr>
        <w:t>I – DOS FATOS</w:t>
      </w:r>
    </w:p>
    <w:p/>
    <w:p>
      <w:r>
        <w:rPr>
          <w:b w:val="0"/>
          <w:i w:val="0"/>
          <w:sz w:val="22"/>
        </w:rPr>
        <w:t>1. Conforme notificação enviada por V.Sa., foi alegado que _____________________________ (descrever a alegação da notificação recebida). Entretanto, tal alegação não procede pelos motivos adiante expostos.</w:t>
      </w:r>
    </w:p>
    <w:p/>
    <w:p>
      <w:r>
        <w:rPr>
          <w:b w:val="0"/>
          <w:i/>
          <w:sz w:val="22"/>
        </w:rPr>
        <w:t>2. (Explique detalhadamente os fatos que justificam a contranotificação, incluindo datas, locais, testemunhas, documentos, ou qualquer evidência que apoie sua defesa).</w:t>
      </w:r>
    </w:p>
    <w:p/>
    <w:p>
      <w:r>
        <w:rPr>
          <w:b w:val="0"/>
          <w:i/>
          <w:sz w:val="22"/>
        </w:rPr>
        <w:t>3. Destaco que ______________________________ (incluir argumentos jurídicos, contrapontos às alegações, citações legais relevantes que fundamentem a defesa).</w:t>
      </w:r>
    </w:p>
    <w:p/>
    <w:p>
      <w:r>
        <w:rPr>
          <w:b/>
          <w:i w:val="0"/>
          <w:sz w:val="22"/>
        </w:rPr>
        <w:t>II – DO DIREITO</w:t>
      </w:r>
    </w:p>
    <w:p/>
    <w:p>
      <w:r>
        <w:rPr>
          <w:b w:val="0"/>
          <w:i w:val="0"/>
          <w:sz w:val="22"/>
        </w:rPr>
        <w:t>4. Nos termos do artigo ______________ do Código Civil Brasileiro, bem como da legislação específica aplicável ao caso, ressalta-se que ____________________________________________ (fundamente juridicamente a contranotificação).</w:t>
      </w:r>
    </w:p>
    <w:p/>
    <w:p>
      <w:r>
        <w:rPr>
          <w:b w:val="0"/>
          <w:i/>
          <w:sz w:val="22"/>
        </w:rPr>
        <w:t>5. Ademais, jurisprudências dos tribunais pátrios têm consolidado o entendimento de que _____________________________.</w:t>
      </w:r>
    </w:p>
    <w:p/>
    <w:p>
      <w:r>
        <w:rPr>
          <w:b/>
          <w:i w:val="0"/>
          <w:sz w:val="22"/>
        </w:rPr>
        <w:t>III – DOS PEDIDOS</w:t>
      </w:r>
    </w:p>
    <w:p/>
    <w:p>
      <w:r>
        <w:rPr>
          <w:b w:val="0"/>
          <w:i w:val="0"/>
          <w:sz w:val="22"/>
        </w:rPr>
        <w:t>6. Diante do exposto, requer-se:</w:t>
      </w:r>
    </w:p>
    <w:p/>
    <w:p>
      <w:r>
        <w:rPr>
          <w:b w:val="0"/>
          <w:i w:val="0"/>
          <w:sz w:val="22"/>
        </w:rPr>
        <w:t>- Que seja considerada improcedente a notificação extrajudicial enviada por V.Sa.;</w:t>
      </w:r>
    </w:p>
    <w:p>
      <w:r>
        <w:rPr>
          <w:b w:val="0"/>
          <w:i w:val="0"/>
          <w:sz w:val="22"/>
        </w:rPr>
        <w:t>- A imediata retirada de quaisquer cobranças, restrições ou medidas administrativas decorrentes da notificação;</w:t>
      </w:r>
    </w:p>
    <w:p>
      <w:r>
        <w:rPr>
          <w:b w:val="0"/>
          <w:i w:val="0"/>
          <w:sz w:val="22"/>
        </w:rPr>
        <w:t>- A confirmação da inexistência de qualquer débito ou irregularidade atribuída a esta parte;</w:t>
      </w:r>
    </w:p>
    <w:p>
      <w:r>
        <w:rPr>
          <w:b w:val="0"/>
          <w:i w:val="0"/>
          <w:sz w:val="22"/>
        </w:rPr>
        <w:t>- A manutenção do respeito aos direitos e garantias legais do notificante;</w:t>
      </w:r>
    </w:p>
    <w:p>
      <w:r>
        <w:rPr>
          <w:b w:val="0"/>
          <w:i w:val="0"/>
          <w:sz w:val="22"/>
        </w:rPr>
        <w:t>- A restituição de eventuais valores pagos indevidamente, acrescidos de correção legal e juros de mora;</w:t>
      </w:r>
    </w:p>
    <w:p>
      <w:r>
        <w:rPr>
          <w:b w:val="0"/>
          <w:i w:val="0"/>
          <w:sz w:val="22"/>
        </w:rPr>
        <w:t>- A confirmação de que esta contranotificação serve como manifestação formal e tempestiva de defesa, não excluindo outras medidas legais cabíveis.</w:t>
      </w:r>
    </w:p>
    <w:p/>
    <w:p>
      <w:r>
        <w:rPr>
          <w:b/>
          <w:i w:val="0"/>
          <w:sz w:val="22"/>
        </w:rPr>
        <w:t>IV – DAS PROVIDÊNCIAS</w:t>
      </w:r>
    </w:p>
    <w:p/>
    <w:p>
      <w:r>
        <w:rPr>
          <w:b w:val="0"/>
          <w:i w:val="0"/>
          <w:sz w:val="22"/>
        </w:rPr>
        <w:t>7. Esta contranotificação é enviada para fins de preservação de direitos e esclarecimentos, não excluindo a adoção de medidas judiciais cabíveis para a defesa dos interesses ora manifestados.</w:t>
      </w:r>
    </w:p>
    <w:p/>
    <w:p>
      <w:r>
        <w:rPr>
          <w:b w:val="0"/>
          <w:i w:val="0"/>
          <w:sz w:val="22"/>
        </w:rPr>
        <w:t>Sem mais para o momento,</w:t>
      </w:r>
    </w:p>
    <w:p/>
    <w:p/>
    <w:p>
      <w:pPr>
        <w:jc w:val="center"/>
      </w:pPr>
      <w:r>
        <w:rPr>
          <w:b w:val="0"/>
          <w:i w:val="0"/>
          <w:sz w:val="22"/>
        </w:rPr>
        <w:t>Atenciosamente,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Nome do Contranotificante</w:t>
      </w:r>
    </w:p>
    <w:p>
      <w:pPr>
        <w:jc w:val="center"/>
      </w:pPr>
      <w:r>
        <w:rPr>
          <w:b w:val="0"/>
          <w:i w:val="0"/>
          <w:sz w:val="22"/>
        </w:rPr>
        <w:t>CPF: ____________________________</w:t>
      </w:r>
    </w:p>
    <w:p>
      <w:pPr>
        <w:jc w:val="center"/>
      </w:pPr>
      <w:r>
        <w:rPr>
          <w:b w:val="0"/>
          <w:i w:val="0"/>
          <w:sz w:val="22"/>
        </w:rPr>
        <w:t>Endereço: _______________________</w:t>
      </w:r>
    </w:p>
    <w:p>
      <w:pPr>
        <w:jc w:val="center"/>
      </w:pPr>
      <w:r>
        <w:rPr>
          <w:b w:val="0"/>
          <w:i w:val="0"/>
          <w:sz w:val="22"/>
        </w:rPr>
        <w:t>Telefone: _______________________</w:t>
      </w:r>
    </w:p>
    <w:p>
      <w:pPr>
        <w:jc w:val="center"/>
      </w:pPr>
      <w:r>
        <w:rPr>
          <w:b w:val="0"/>
          <w:i w:val="0"/>
          <w:sz w:val="22"/>
        </w:rPr>
        <w:t>E-mail: _________________________</w:t>
      </w:r>
    </w:p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Assinatura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https://modelo-juris.com/contranotificacao-extrajudicial/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contranotificacao-extrajudicial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