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sz w:val="24"/>
        </w:rPr>
        <w:t>CONTRATO DE CESSÃO DE POSSE</w:t>
      </w:r>
    </w:p>
    <w:p/>
    <w:p/>
    <w:p>
      <w:r>
        <w:rPr>
          <w:b w:val="0"/>
          <w:sz w:val="22"/>
        </w:rPr>
        <w:t>Pelo presente instrumento particular de Contrato de Cessão de Posse, de um lado, como CEDENTE,</w:t>
      </w:r>
    </w:p>
    <w:p>
      <w:r>
        <w:rPr>
          <w:b w:val="0"/>
          <w:sz w:val="22"/>
        </w:rPr>
        <w:t>______________________________________________, brasileiro(a), estado civil ____________, profissão ________________, portador(a) da cédula de identidade RG nº ________________, inscrito(a) no CPF/MF sob nº ________________, residente e domiciliado(a) à ________________________________________________, e de outro lado, como CESSIONÁRIO,</w:t>
      </w:r>
    </w:p>
    <w:p>
      <w:r>
        <w:rPr>
          <w:b w:val="0"/>
          <w:sz w:val="22"/>
        </w:rPr>
        <w:t>_________________________________________________, brasileiro(a), estado civil ____________, profissão ________________, portador(a) da cédula de identidade RG nº ________________, inscrito(a) no CPF/MF sob nº ________________, residente e domiciliado(a) à ________________________________________________, têm entre si justo e contratado o que segue, de acordo com as cláusulas e condições seguintes:</w:t>
      </w:r>
    </w:p>
    <w:p/>
    <w:p>
      <w:r>
        <w:rPr>
          <w:b/>
          <w:sz w:val="22"/>
        </w:rPr>
        <w:t>CLÁUSULA 1ª – DO OBJETO</w:t>
      </w:r>
    </w:p>
    <w:p>
      <w:r>
        <w:rPr>
          <w:b w:val="0"/>
          <w:sz w:val="22"/>
        </w:rPr>
        <w:t>O presente contrato tem por objeto a cessão da posse do imóvel localizado à ________________________________________________________________, com as seguintes características: ________________________________________________________________, que o CEDENTE possui na qualidade de possuidor legítimo, para que o CESSIONÁRIO possa exercer a posse direta do referido imóvel, com todos os seus direitos e deveres inerentes, nos termos da legislação vigente.</w:t>
      </w:r>
    </w:p>
    <w:p/>
    <w:p>
      <w:r>
        <w:rPr>
          <w:b/>
          <w:sz w:val="22"/>
        </w:rPr>
        <w:t>CLÁUSULA 2ª – DA POSSE</w:t>
      </w:r>
    </w:p>
    <w:p>
      <w:r>
        <w:rPr>
          <w:b w:val="0"/>
          <w:sz w:val="22"/>
        </w:rPr>
        <w:t>O CEDENTE declara que detém a posse mansa, pacífica e ininterrupta do imóvel objeto deste contrato, e que o cede ao CESSIONÁRIO, que a aceita, para exercer a posse direta, com direito a usar, gozar e usufruir do imóvel, respeitadas as normas legais e regulamentares aplicáveis.</w:t>
      </w:r>
    </w:p>
    <w:p/>
    <w:p>
      <w:r>
        <w:rPr>
          <w:b/>
          <w:sz w:val="22"/>
        </w:rPr>
        <w:t>CLÁUSULA 3ª – DA FINALIDADE</w:t>
      </w:r>
    </w:p>
    <w:p>
      <w:r>
        <w:rPr>
          <w:b w:val="0"/>
          <w:sz w:val="22"/>
        </w:rPr>
        <w:t>A posse ora cedida destina-se ao uso ______________________________ (residencial, comercial, agrícola, ou outro), sendo vedada a utilização para fins diversos sem prévia autorização expressa do CEDENTE.</w:t>
      </w:r>
    </w:p>
    <w:p/>
    <w:p>
      <w:r>
        <w:rPr>
          <w:b/>
          <w:sz w:val="22"/>
        </w:rPr>
        <w:t>CLÁUSULA 4ª – DA VIGÊNCIA</w:t>
      </w:r>
    </w:p>
    <w:p>
      <w:r>
        <w:rPr>
          <w:b w:val="0"/>
          <w:sz w:val="22"/>
        </w:rPr>
        <w:t>Este contrato entra em vigor na data de sua assinatura, vigorando pelo prazo de ________________ (__________) meses/anos, podendo ser prorrogado mediante acordo entre as partes.</w:t>
      </w:r>
    </w:p>
    <w:p/>
    <w:p>
      <w:r>
        <w:rPr>
          <w:b/>
          <w:sz w:val="22"/>
        </w:rPr>
        <w:t>CLÁUSULA 5ª – DOS DIREITOS E DEVERES DO CESSIONÁRIO</w:t>
      </w:r>
    </w:p>
    <w:p>
      <w:r>
        <w:rPr>
          <w:b w:val="0"/>
          <w:sz w:val="22"/>
        </w:rPr>
        <w:t>São direitos do CESSIONÁRIO:</w:t>
      </w:r>
    </w:p>
    <w:p>
      <w:r>
        <w:rPr>
          <w:b w:val="0"/>
          <w:sz w:val="22"/>
        </w:rPr>
        <w:t>- Exercer a posse direta do imóvel com exclusividade durante a vigência deste contrato;</w:t>
      </w:r>
    </w:p>
    <w:p>
      <w:r>
        <w:rPr>
          <w:b w:val="0"/>
          <w:sz w:val="22"/>
        </w:rPr>
        <w:t>- Utilizar o imóvel conforme a finalidade pactuada;</w:t>
      </w:r>
    </w:p>
    <w:p>
      <w:r>
        <w:rPr>
          <w:b w:val="0"/>
          <w:sz w:val="22"/>
        </w:rPr>
        <w:t>São deveres do CESSIONÁRIO:</w:t>
      </w:r>
    </w:p>
    <w:p>
      <w:r>
        <w:rPr>
          <w:b w:val="0"/>
          <w:sz w:val="22"/>
        </w:rPr>
        <w:t>- Zelar pela conservação e manutenção do imóvel;</w:t>
      </w:r>
    </w:p>
    <w:p>
      <w:r>
        <w:rPr>
          <w:b w:val="0"/>
          <w:sz w:val="22"/>
        </w:rPr>
        <w:t>- Não transferir a posse a terceiros sem autorização prévia e por escrito do CEDENTE;</w:t>
      </w:r>
    </w:p>
    <w:p>
      <w:r>
        <w:rPr>
          <w:b w:val="0"/>
          <w:sz w:val="22"/>
        </w:rPr>
        <w:t>- Cumprir as normas municipais, estaduais e federais aplicáveis ao imóvel e sua utilização;</w:t>
      </w:r>
    </w:p>
    <w:p>
      <w:r>
        <w:rPr>
          <w:b w:val="0"/>
          <w:sz w:val="22"/>
        </w:rPr>
        <w:t>- Restituir o imóvel nas condições em que o recebeu, ressalvado o desgaste natural pelo uso adequado.</w:t>
      </w:r>
    </w:p>
    <w:p/>
    <w:p>
      <w:r>
        <w:rPr>
          <w:b/>
          <w:sz w:val="22"/>
        </w:rPr>
        <w:t>CLÁUSULA 6ª – DOS DIREITOS E DEVERES DO CEDENTE</w:t>
      </w:r>
    </w:p>
    <w:p>
      <w:r>
        <w:rPr>
          <w:b w:val="0"/>
          <w:sz w:val="22"/>
        </w:rPr>
        <w:t>São direitos do CEDENTE:</w:t>
      </w:r>
    </w:p>
    <w:p>
      <w:r>
        <w:rPr>
          <w:b w:val="0"/>
          <w:sz w:val="22"/>
        </w:rPr>
        <w:t>- Reaver a posse do imóvel após o término do prazo contratual ou em caso de descumprimento das cláusulas aqui pactuadas;</w:t>
      </w:r>
    </w:p>
    <w:p>
      <w:r>
        <w:rPr>
          <w:b w:val="0"/>
          <w:sz w:val="22"/>
        </w:rPr>
        <w:t>- Fiscalizar o cumprimento das condições deste contrato;</w:t>
      </w:r>
    </w:p>
    <w:p>
      <w:r>
        <w:rPr>
          <w:b w:val="0"/>
          <w:sz w:val="22"/>
        </w:rPr>
        <w:t>São deveres do CEDENTE:</w:t>
      </w:r>
    </w:p>
    <w:p>
      <w:r>
        <w:rPr>
          <w:b w:val="0"/>
          <w:sz w:val="22"/>
        </w:rPr>
        <w:t>- Entregar a posse do imóvel nas condições adequadas para o uso pactuado;</w:t>
      </w:r>
    </w:p>
    <w:p>
      <w:r>
        <w:rPr>
          <w:b w:val="0"/>
          <w:sz w:val="22"/>
        </w:rPr>
        <w:t>- Respeitar o exercício da posse pelo CESSIONÁRIO durante a vigência do contrato.</w:t>
      </w:r>
    </w:p>
    <w:p/>
    <w:p>
      <w:r>
        <w:rPr>
          <w:b/>
          <w:sz w:val="22"/>
        </w:rPr>
        <w:t>CLÁUSULA 7ª – DO PREÇO E FORMA DE PAGAMENTO</w:t>
      </w:r>
    </w:p>
    <w:p>
      <w:r>
        <w:rPr>
          <w:b w:val="0"/>
          <w:sz w:val="22"/>
        </w:rPr>
        <w:t>Pelo presente contrato, o CESSIONÁRIO pagará ao CEDENTE a quantia de R$ ________________ (__________________________________), em ____________ parcelas mensais de R$ ________________, vencendo-se a primeira na data de __/__/____ e as demais no mesmo dia dos meses subsequentes, mediante ________________ (especificar meio de pagamento).</w:t>
      </w:r>
    </w:p>
    <w:p>
      <w:r>
        <w:rPr>
          <w:b w:val="0"/>
          <w:sz w:val="22"/>
        </w:rPr>
        <w:t>Caso não haja valor pago, substituir por: “O presente contrato é gratuito, não havendo qualquer pagamento entre as partes.”</w:t>
      </w:r>
    </w:p>
    <w:p/>
    <w:p>
      <w:r>
        <w:rPr>
          <w:b/>
          <w:sz w:val="22"/>
        </w:rPr>
        <w:t>CLÁUSULA 8ª – DA RESPONSABILIDADE POR TRIBUTOS E ENCARGOS</w:t>
      </w:r>
    </w:p>
    <w:p>
      <w:r>
        <w:rPr>
          <w:b w:val="0"/>
          <w:sz w:val="22"/>
        </w:rPr>
        <w:t>Fica consignado que o CESSIONÁRIO será responsável pelo pagamento de todos os tributos, taxas, despesas condominiais (se houver) e demais encargos incidentes sobre o imóvel durante a vigência deste contrato, isentando o CEDENTE de quaisquer responsabilidades neste sentido.</w:t>
      </w:r>
    </w:p>
    <w:p/>
    <w:p>
      <w:r>
        <w:rPr>
          <w:b/>
          <w:sz w:val="22"/>
        </w:rPr>
        <w:t>CLÁUSULA 9ª – DA RESCISÃO CONTRATUAL</w:t>
      </w:r>
    </w:p>
    <w:p>
      <w:r>
        <w:rPr>
          <w:b w:val="0"/>
          <w:sz w:val="22"/>
        </w:rPr>
        <w:t>Este contrato poderá ser rescindido por qualquer das partes, mediante notificação por escrito com antecedência mínima de ________________ dias.</w:t>
      </w:r>
    </w:p>
    <w:p>
      <w:r>
        <w:rPr>
          <w:b w:val="0"/>
          <w:sz w:val="22"/>
        </w:rPr>
        <w:t>A rescisão imediata poderá ocorrer em caso de descumprimento de quaisquer cláusulas aqui estabelecidas, facultando à parte prejudicada buscar as medidas judiciais cabíveis.</w:t>
      </w:r>
    </w:p>
    <w:p/>
    <w:p>
      <w:r>
        <w:rPr>
          <w:b/>
          <w:sz w:val="22"/>
        </w:rPr>
        <w:t>CLÁUSULA 10ª – DA RESTITUIÇÃO DA POSSE</w:t>
      </w:r>
    </w:p>
    <w:p>
      <w:r>
        <w:rPr>
          <w:b w:val="0"/>
          <w:sz w:val="22"/>
        </w:rPr>
        <w:t>Ao término da vigência ou em caso de rescisão antecipada, o CESSIONÁRIO se obriga a devolver a posse do imóvel ao CEDENTE, nas condições em que o recebeu, salvo as deteriorações naturais decorrentes do uso regular e adequado.</w:t>
      </w:r>
    </w:p>
    <w:p/>
    <w:p>
      <w:r>
        <w:rPr>
          <w:b/>
          <w:sz w:val="22"/>
        </w:rPr>
        <w:t>CLÁUSULA 11ª – DAS DISPOSIÇÕES GERAIS</w:t>
      </w:r>
    </w:p>
    <w:p>
      <w:r>
        <w:rPr>
          <w:b w:val="0"/>
          <w:sz w:val="22"/>
        </w:rPr>
        <w:t>- As partes declaram que este contrato representa a totalidade do acordo entre elas, substituindo quaisquer entendimentos anteriores, verbais ou escritos;</w:t>
      </w:r>
    </w:p>
    <w:p>
      <w:r>
        <w:rPr>
          <w:b w:val="0"/>
          <w:sz w:val="22"/>
        </w:rPr>
        <w:t>- Qualquer alteração deste contrato somente será válida se feita por escrito e assinada pelas partes;</w:t>
      </w:r>
    </w:p>
    <w:p>
      <w:r>
        <w:rPr>
          <w:b w:val="0"/>
          <w:sz w:val="22"/>
        </w:rPr>
        <w:t>- O CESSIONÁRIO não poderá ceder ou transferir a posse a terceiros sem prévia autorização expressa do CEDENTE;</w:t>
      </w:r>
    </w:p>
    <w:p>
      <w:r>
        <w:rPr>
          <w:b w:val="0"/>
          <w:sz w:val="22"/>
        </w:rPr>
        <w:t>- O presente contrato obriga as partes e seus sucessores a qualquer título.</w:t>
      </w:r>
    </w:p>
    <w:p/>
    <w:p>
      <w:r>
        <w:rPr>
          <w:b/>
          <w:sz w:val="22"/>
        </w:rPr>
        <w:t>CLÁUSULA 12ª – DO FORO</w:t>
      </w:r>
    </w:p>
    <w:p>
      <w:r>
        <w:rPr>
          <w:b w:val="0"/>
          <w:sz w:val="22"/>
        </w:rPr>
        <w:t>Para dirimir quaisquer controvérsias oriundas deste contrato, as partes elegem o foro da comarca de ____________________________, renunciando a qualquer outro, por mais privilegiado que seja.</w:t>
      </w:r>
    </w:p>
    <w:p/>
    <w:p/>
    <w:p>
      <w:pPr>
        <w:jc w:val="both"/>
      </w:pPr>
      <w:r>
        <w:rPr>
          <w:b w:val="0"/>
          <w:sz w:val="22"/>
        </w:rPr>
        <w:t>E por estarem assim justas e contratadas, assinam o presente instrumento em 2 (duas) vias de igual teor e forma, na presença das testemunhas abaixo:</w:t>
      </w:r>
    </w:p>
    <w:p/>
    <w:p/>
    <w:p/>
    <w:p>
      <w:pPr>
        <w:jc w:val="center"/>
      </w:pPr>
      <w:r>
        <w:rPr>
          <w:b/>
        </w:rPr>
        <w:t>_________________________________________</w:t>
        <w:br/>
      </w:r>
      <w:r>
        <w:t>CEDENTE</w:t>
        <w:br/>
      </w:r>
    </w:p>
    <w:p>
      <w:pPr>
        <w:jc w:val="center"/>
      </w:pPr>
      <w:r>
        <w:rPr>
          <w:b/>
        </w:rPr>
        <w:t>_________________________________________</w:t>
        <w:br/>
      </w:r>
      <w:r>
        <w:t>CESSIONÁRIO</w:t>
        <w:br/>
      </w:r>
    </w:p>
    <w:p/>
    <w:p/>
    <w:p/>
    <w:p/>
    <w:p>
      <w:pPr>
        <w:jc w:val="left"/>
      </w:pPr>
      <w:r>
        <w:t>Testemunhas:</w:t>
        <w:br/>
      </w:r>
    </w:p>
    <w:p>
      <w:pPr>
        <w:jc w:val="left"/>
      </w:pPr>
      <w:r>
        <w:t>1) _________________________      CPF: ______________________</w:t>
        <w:br/>
      </w:r>
      <w:r>
        <w:br/>
      </w:r>
      <w:r>
        <w:t>2) _________________________      CPF: ______________________</w:t>
      </w:r>
    </w:p>
    <w:p>
      <w:r>
        <w:br w:type="page"/>
      </w:r>
    </w:p>
    <w:p>
      <w:pPr>
        <w:jc w:val="center"/>
      </w:pPr>
      <w:r>
        <w:rPr>
          <w:color w:val="555555"/>
          <w:sz w:val="24"/>
        </w:rPr>
        <w:t>Fonte original deste documento:</w:t>
      </w:r>
    </w:p>
    <w:p>
      <w:pPr>
        <w:jc w:val="center"/>
      </w:pPr>
      <w:hyperlink r:id="rId9">
        <w:r>
          <w:rPr>
            <w:color w:val="0000FF"/>
            <w:u w:val="single"/>
          </w:rPr>
          <w:t>https://modelo-juris.com/contrato-de-cessao-de-posse/</w:t>
        </w:r>
      </w:hyperlink>
    </w:p>
    <w:p>
      <w:pPr>
        <w:jc w:val="center"/>
      </w:pPr>
      <w:r>
        <w:rPr>
          <w:color w:val="555555"/>
          <w:sz w:val="26"/>
        </w:rPr>
        <w:t>Este modelo foi útil para você?</w:t>
      </w:r>
    </w:p>
    <w:p>
      <w:pPr>
        <w:jc w:val="center"/>
      </w:pPr>
      <w:r>
        <w:rPr>
          <w:color w:val="555555"/>
          <w:sz w:val="26"/>
        </w:rPr>
        <w:t>Encontre outros modelos atualizados em:</w:t>
      </w:r>
    </w:p>
    <w:p>
      <w:pPr>
        <w:jc w:val="center"/>
      </w:pPr>
      <w:hyperlink r:id="rId10">
        <w:r>
          <w:rPr>
            <w:color w:val="0000FF"/>
            <w:u w:val="single"/>
          </w:rPr>
          <w:t>https://modelo-juris.com</w:t>
        </w:r>
      </w:hyperlink>
    </w:p>
    <w:p>
      <w:pPr>
        <w:jc w:val="center"/>
      </w:pPr>
      <w:r>
        <w:rPr>
          <w:color w:val="808080"/>
          <w:sz w:val="20"/>
        </w:rPr>
        <w:t>Este modelo é destinado exclusivamente para uso pessoal e não comercial.</w:t>
        <w:br/>
        <w:t>Ao compartilhar ou publicar, a citação da fonte é obrigatória. © modelo-juris.com</w:t>
      </w:r>
    </w:p>
    <w:sectPr w:rsidR="00FC693F" w:rsidRPr="0006063C" w:rsidSect="00034616">
      <w:pgSz w:w="12240" w:h="15840"/>
      <w:pgMar w:top="1134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yperlink" Target="https://modelo-juris.com/contrato-de-cessao-de-posse/" TargetMode="External"/><Relationship Id="rId10" Type="http://schemas.openxmlformats.org/officeDocument/2006/relationships/hyperlink" Target="https://modelo-juris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