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 DE IMÓVEL – CONTRATO DE GAVETA</w:t>
      </w:r>
    </w:p>
    <w:p/>
    <w:p/>
    <w:p>
      <w:pPr>
        <w:jc w:val="both"/>
      </w:pPr>
      <w:r>
        <w:rPr>
          <w:b w:val="0"/>
          <w:sz w:val="20"/>
        </w:rPr>
        <w:t>Pelo presente instrumento particular, de um lado, como VENDEDOR(a):</w:t>
      </w:r>
    </w:p>
    <w:p>
      <w:pPr>
        <w:jc w:val="both"/>
      </w:pPr>
      <w:r>
        <w:rPr>
          <w:b w:val="0"/>
          <w:sz w:val="20"/>
        </w:rPr>
        <w:t>Nome: _____________________________________________________________</w:t>
      </w:r>
    </w:p>
    <w:p>
      <w:pPr>
        <w:jc w:val="both"/>
      </w:pPr>
      <w:r>
        <w:rPr>
          <w:b w:val="0"/>
          <w:sz w:val="20"/>
        </w:rPr>
        <w:t>Nacionalidade: ______________________________________________________</w:t>
      </w:r>
    </w:p>
    <w:p>
      <w:pPr>
        <w:jc w:val="both"/>
      </w:pPr>
      <w:r>
        <w:rPr>
          <w:b w:val="0"/>
          <w:sz w:val="20"/>
        </w:rPr>
        <w:t>Estado Civil: ________________________________________________________</w:t>
      </w:r>
    </w:p>
    <w:p>
      <w:pPr>
        <w:jc w:val="both"/>
      </w:pPr>
      <w:r>
        <w:rPr>
          <w:b w:val="0"/>
          <w:sz w:val="20"/>
        </w:rPr>
        <w:t>Profissão: __________________________________________________________</w:t>
      </w:r>
    </w:p>
    <w:p>
      <w:pPr>
        <w:jc w:val="both"/>
      </w:pPr>
      <w:r>
        <w:rPr>
          <w:b w:val="0"/>
          <w:sz w:val="20"/>
        </w:rPr>
        <w:t>CPF: _______________________________________________________________</w:t>
      </w:r>
    </w:p>
    <w:p>
      <w:pPr>
        <w:jc w:val="both"/>
      </w:pPr>
      <w:r>
        <w:rPr>
          <w:b w:val="0"/>
          <w:sz w:val="20"/>
        </w:rPr>
        <w:t>RG: 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</w:t>
      </w:r>
    </w:p>
    <w:p/>
    <w:p>
      <w:pPr>
        <w:jc w:val="both"/>
      </w:pPr>
      <w:r>
        <w:rPr>
          <w:b w:val="0"/>
          <w:sz w:val="20"/>
        </w:rPr>
        <w:t>E, de outro lado, como COMPRADOR(a):</w:t>
      </w:r>
    </w:p>
    <w:p>
      <w:pPr>
        <w:jc w:val="both"/>
      </w:pPr>
      <w:r>
        <w:rPr>
          <w:b w:val="0"/>
          <w:sz w:val="20"/>
        </w:rPr>
        <w:t>Nome: _____________________________________________________________</w:t>
      </w:r>
    </w:p>
    <w:p>
      <w:pPr>
        <w:jc w:val="both"/>
      </w:pPr>
      <w:r>
        <w:rPr>
          <w:b w:val="0"/>
          <w:sz w:val="20"/>
        </w:rPr>
        <w:t>Nacionalidade: ______________________________________________________</w:t>
      </w:r>
    </w:p>
    <w:p>
      <w:pPr>
        <w:jc w:val="both"/>
      </w:pPr>
      <w:r>
        <w:rPr>
          <w:b w:val="0"/>
          <w:sz w:val="20"/>
        </w:rPr>
        <w:t>Estado Civil: ________________________________________________________</w:t>
      </w:r>
    </w:p>
    <w:p>
      <w:pPr>
        <w:jc w:val="both"/>
      </w:pPr>
      <w:r>
        <w:rPr>
          <w:b w:val="0"/>
          <w:sz w:val="20"/>
        </w:rPr>
        <w:t>Profissão: __________________________________________________________</w:t>
      </w:r>
    </w:p>
    <w:p>
      <w:pPr>
        <w:jc w:val="both"/>
      </w:pPr>
      <w:r>
        <w:rPr>
          <w:b w:val="0"/>
          <w:sz w:val="20"/>
        </w:rPr>
        <w:t>CPF: _______________________________________________________________</w:t>
      </w:r>
    </w:p>
    <w:p>
      <w:pPr>
        <w:jc w:val="both"/>
      </w:pPr>
      <w:r>
        <w:rPr>
          <w:b w:val="0"/>
          <w:sz w:val="20"/>
        </w:rPr>
        <w:t>RG: 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sz w:val="20"/>
        </w:rPr>
        <w:t>O VENDEDOR, legítimo possuidor e proprietário do imóvel abaixo descrito e caracterizado, vende ao COMPRADOR, que aceita, o referido imóvel, nas condições e termos deste instrumento particular.</w:t>
      </w:r>
    </w:p>
    <w:p/>
    <w:p>
      <w:pPr>
        <w:jc w:val="both"/>
      </w:pPr>
      <w:r>
        <w:rPr>
          <w:b w:val="0"/>
          <w:sz w:val="20"/>
        </w:rPr>
        <w:t>Imóvel: ______________________________________________________________</w:t>
      </w:r>
    </w:p>
    <w:p>
      <w:pPr>
        <w:jc w:val="both"/>
      </w:pPr>
      <w:r>
        <w:rPr>
          <w:b w:val="0"/>
          <w:sz w:val="20"/>
        </w:rPr>
        <w:t>Localização: __________________________________________________________</w:t>
      </w:r>
    </w:p>
    <w:p>
      <w:pPr>
        <w:jc w:val="both"/>
      </w:pPr>
      <w:r>
        <w:rPr>
          <w:b w:val="0"/>
          <w:sz w:val="20"/>
        </w:rPr>
        <w:t>Matrícula nº: _________________________________________________________</w:t>
      </w:r>
    </w:p>
    <w:p>
      <w:pPr>
        <w:jc w:val="both"/>
      </w:pPr>
      <w:r>
        <w:rPr>
          <w:b w:val="0"/>
          <w:sz w:val="20"/>
        </w:rPr>
        <w:t>Registro no Cartório de Registro de Imóveis da Comarca de _________________________</w:t>
      </w:r>
    </w:p>
    <w:p/>
    <w:p>
      <w:pPr>
        <w:jc w:val="left"/>
      </w:pPr>
      <w:r>
        <w:rPr>
          <w:b/>
          <w:sz w:val="22"/>
        </w:rPr>
        <w:t>CLÁUSULA 2ª – DO PREÇO E FORMA DE PAGAMENTO</w:t>
      </w:r>
    </w:p>
    <w:p>
      <w:pPr>
        <w:jc w:val="both"/>
      </w:pPr>
      <w:r>
        <w:rPr>
          <w:b w:val="0"/>
          <w:sz w:val="20"/>
        </w:rPr>
        <w:t>O preço certo e ajustado entre as partes para a venda do imóvel é de R$ ________________________________ (valor por extenso).</w:t>
      </w:r>
    </w:p>
    <w:p>
      <w:pPr>
        <w:jc w:val="both"/>
      </w:pPr>
      <w:r>
        <w:rPr>
          <w:b w:val="0"/>
          <w:sz w:val="20"/>
        </w:rPr>
        <w:t>O pagamento será efetuado da seguinte forma:</w:t>
      </w:r>
    </w:p>
    <w:p>
      <w:pPr>
        <w:pStyle w:val="ListBullet"/>
      </w:pPr>
      <w:r>
        <w:rPr>
          <w:sz w:val="20"/>
        </w:rPr>
        <w:t>a) Sinal/Entrada no valor de R$ ________________________________;</w:t>
      </w:r>
    </w:p>
    <w:p>
      <w:pPr>
        <w:pStyle w:val="ListBullet"/>
      </w:pPr>
      <w:r>
        <w:rPr>
          <w:sz w:val="20"/>
        </w:rPr>
        <w:t>b) O saldo restante de R$ ________________________________ será pago em ____ parcelas mensais, iguais e consecutivas, no valor de R$ _____________________ cada, vencendo-se a primeira em ____/____/____ e as demais no mesmo dia dos meses subsequentes;</w:t>
      </w:r>
    </w:p>
    <w:p>
      <w:pPr>
        <w:pStyle w:val="ListBullet"/>
      </w:pPr>
      <w:r>
        <w:rPr>
          <w:sz w:val="20"/>
        </w:rPr>
        <w:t>c) O pagamento será efetuado através de ____________________________________________________ (especificar meio: depósito bancário, transferência, cheque, etc.).</w:t>
      </w:r>
    </w:p>
    <w:p/>
    <w:p>
      <w:pPr>
        <w:jc w:val="left"/>
      </w:pPr>
      <w:r>
        <w:rPr>
          <w:b/>
          <w:sz w:val="22"/>
        </w:rPr>
        <w:t>CLÁUSULA 3ª – DAS OBRIGAÇÕES DO VENDEDOR</w:t>
      </w:r>
    </w:p>
    <w:p>
      <w:pPr>
        <w:jc w:val="both"/>
      </w:pPr>
      <w:r>
        <w:rPr>
          <w:b w:val="0"/>
          <w:sz w:val="20"/>
        </w:rPr>
        <w:t>São obrigações do VENDEDOR:</w:t>
      </w:r>
    </w:p>
    <w:p>
      <w:pPr>
        <w:pStyle w:val="ListBullet"/>
      </w:pPr>
      <w:r>
        <w:rPr>
          <w:sz w:val="20"/>
        </w:rPr>
        <w:t>a) Entregar o imóvel livre e desembaraçado de quaisquer ônus, dívidas ou débitos, inclusive fiscais e condominiais, até a data da assinatura deste contrato;</w:t>
      </w:r>
    </w:p>
    <w:p>
      <w:pPr>
        <w:pStyle w:val="ListBullet"/>
      </w:pPr>
      <w:r>
        <w:rPr>
          <w:sz w:val="20"/>
        </w:rPr>
        <w:t>b) Fornecer a documentação necessária para a transferência da propriedade, incluindo certidões negativas e escritura definitiva, quando cabível;</w:t>
      </w:r>
    </w:p>
    <w:p>
      <w:pPr>
        <w:pStyle w:val="ListBullet"/>
      </w:pPr>
      <w:r>
        <w:rPr>
          <w:sz w:val="20"/>
        </w:rPr>
        <w:t>c) Responder por eventuais vícios ou defeitos ocultos que possam comprometer o imóvel, nos termos da legislação vigente.</w:t>
      </w:r>
    </w:p>
    <w:p/>
    <w:p>
      <w:pPr>
        <w:jc w:val="left"/>
      </w:pPr>
      <w:r>
        <w:rPr>
          <w:b/>
          <w:sz w:val="22"/>
        </w:rPr>
        <w:t>CLÁUSULA 4ª – DAS OBRIGAÇÕES DO COMPRADOR</w:t>
      </w:r>
    </w:p>
    <w:p>
      <w:pPr>
        <w:jc w:val="both"/>
      </w:pPr>
      <w:r>
        <w:rPr>
          <w:b w:val="0"/>
          <w:sz w:val="20"/>
        </w:rPr>
        <w:t>São obrigações do COMPRADOR:</w:t>
      </w:r>
    </w:p>
    <w:p>
      <w:pPr>
        <w:pStyle w:val="ListBullet"/>
      </w:pPr>
      <w:r>
        <w:rPr>
          <w:sz w:val="20"/>
        </w:rPr>
        <w:t>a) Efetuar o pagamento do preço nas condições estipuladas na Cláusula 2ª;</w:t>
      </w:r>
    </w:p>
    <w:p>
      <w:pPr>
        <w:pStyle w:val="ListBullet"/>
      </w:pPr>
      <w:r>
        <w:rPr>
          <w:sz w:val="20"/>
        </w:rPr>
        <w:t>b) Respeitar as normas condominiais, se existir condomínio, a partir da posse do imóvel;</w:t>
      </w:r>
    </w:p>
    <w:p>
      <w:pPr>
        <w:pStyle w:val="ListBullet"/>
      </w:pPr>
      <w:r>
        <w:rPr>
          <w:sz w:val="20"/>
        </w:rPr>
        <w:t>c) Assumir quaisquer tributos, taxas e despesas incidentes sobre o imóvel a partir da data da posse.</w:t>
      </w:r>
    </w:p>
    <w:p/>
    <w:p>
      <w:pPr>
        <w:jc w:val="left"/>
      </w:pPr>
      <w:r>
        <w:rPr>
          <w:b/>
          <w:sz w:val="22"/>
        </w:rPr>
        <w:t>CLÁUSULA 5ª – DA POSSE E TRANSFERÊNCIA</w:t>
      </w:r>
    </w:p>
    <w:p>
      <w:pPr>
        <w:jc w:val="both"/>
      </w:pPr>
      <w:r>
        <w:rPr>
          <w:b w:val="0"/>
          <w:sz w:val="20"/>
        </w:rPr>
        <w:t>A posse do imóvel será transmitida ao COMPRADOR na data da assinatura deste contrato, ocasião em que o VENDEDOR entregará as chaves e documentos referentes ao imóvel.</w:t>
      </w:r>
    </w:p>
    <w:p>
      <w:pPr>
        <w:jc w:val="both"/>
      </w:pPr>
      <w:r>
        <w:rPr>
          <w:b w:val="0"/>
          <w:sz w:val="20"/>
        </w:rPr>
        <w:t>A transferência da propriedade perante o Cartório de Registro de Imóveis será de responsabilidade do COMPRADOR, que deverá providenciar a escritura definitiva no prazo máximo de ____ meses, sob pena de multa prevista neste instrumento.</w:t>
      </w:r>
    </w:p>
    <w:p/>
    <w:p>
      <w:pPr>
        <w:jc w:val="left"/>
      </w:pPr>
      <w:r>
        <w:rPr>
          <w:b/>
          <w:sz w:val="22"/>
        </w:rPr>
        <w:t>CLÁUSULA 6ª – DAS DESPESAS E TRIBUTOS</w:t>
      </w:r>
    </w:p>
    <w:p>
      <w:pPr>
        <w:jc w:val="both"/>
      </w:pPr>
      <w:r>
        <w:rPr>
          <w:b w:val="0"/>
          <w:sz w:val="20"/>
        </w:rPr>
        <w:t>Todas as despesas relativas à escritura pública, registro do imóvel, impostos (ITBI, IPTU, etc.) e demais taxas necessárias à formalização da transferência serão de responsabilidade do COMPRADOR.</w:t>
      </w:r>
    </w:p>
    <w:p>
      <w:pPr>
        <w:jc w:val="both"/>
      </w:pPr>
      <w:r>
        <w:rPr>
          <w:b w:val="0"/>
          <w:sz w:val="20"/>
        </w:rPr>
        <w:t>As despesas ordinárias e extraordinárias do condomínio, caso existente, correrão por conta do COMPRADOR a partir da posse do imóvel.</w:t>
      </w:r>
    </w:p>
    <w:p/>
    <w:p>
      <w:pPr>
        <w:jc w:val="left"/>
      </w:pPr>
      <w:r>
        <w:rPr>
          <w:b/>
          <w:sz w:val="22"/>
        </w:rPr>
        <w:t>CLÁUSULA 7ª – DA MULTA POR INADIMPLEMENTO</w:t>
      </w:r>
    </w:p>
    <w:p>
      <w:pPr>
        <w:jc w:val="both"/>
      </w:pPr>
      <w:r>
        <w:rPr>
          <w:b w:val="0"/>
          <w:sz w:val="20"/>
        </w:rPr>
        <w:t>Em caso de atraso no pagamento de quaisquer parcelas, o COMPRADOR pagará multa de 10% (dez por cento) sobre o valor da parcela em atraso, além de juros moratórios de 1% (um por cento) ao mês e correção monetária pelo índice oficial.</w:t>
      </w:r>
    </w:p>
    <w:p/>
    <w:p>
      <w:pPr>
        <w:jc w:val="left"/>
      </w:pPr>
      <w:r>
        <w:rPr>
          <w:b/>
          <w:sz w:val="22"/>
        </w:rPr>
        <w:t>CLÁUSULA 8ª – DA RESCISÃO</w:t>
      </w:r>
    </w:p>
    <w:p>
      <w:pPr>
        <w:jc w:val="both"/>
      </w:pPr>
      <w:r>
        <w:rPr>
          <w:b w:val="0"/>
          <w:sz w:val="20"/>
        </w:rPr>
        <w:t>O presente contrato poderá ser rescindido por qualquer das partes em caso de descumprimento de suas cláusulas, mediante notificação por escrito com prazo de 30 (trinta) dias para sanar eventual inadimplemento.</w:t>
      </w:r>
    </w:p>
    <w:p>
      <w:pPr>
        <w:jc w:val="both"/>
      </w:pPr>
      <w:r>
        <w:rPr>
          <w:b w:val="0"/>
          <w:sz w:val="20"/>
        </w:rPr>
        <w:t>Na hipótese de rescisão por culpa do COMPRADOR, as parcelas já pagas a título de sinal e/ou pagamento parcial serão retidas pelo VENDEDOR a título de indenização, salvo disposição em contrário pactuada entre as partes.</w:t>
      </w:r>
    </w:p>
    <w:p/>
    <w:p>
      <w:pPr>
        <w:jc w:val="left"/>
      </w:pPr>
      <w:r>
        <w:rPr>
          <w:b/>
          <w:sz w:val="22"/>
        </w:rPr>
        <w:t>CLÁUSULA 9ª – DAS DISPOSIÇÕES GERAIS</w:t>
      </w:r>
    </w:p>
    <w:p>
      <w:pPr>
        <w:jc w:val="both"/>
      </w:pPr>
      <w:r>
        <w:rPr>
          <w:b w:val="0"/>
          <w:sz w:val="20"/>
        </w:rPr>
        <w:t>As partes declaram que este contrato é firmado de livre e espontânea vontade, cientes de todas as suas cláusulas e condições, não havendo vícios de consentimento.</w:t>
      </w:r>
    </w:p>
    <w:p>
      <w:pPr>
        <w:jc w:val="both"/>
      </w:pPr>
      <w:r>
        <w:rPr>
          <w:b w:val="0"/>
          <w:sz w:val="20"/>
        </w:rPr>
        <w:t>Este contrato obriga as partes, seus herdeiros e sucessores a qualquer título.</w:t>
      </w:r>
    </w:p>
    <w:p/>
    <w:p>
      <w:pPr>
        <w:jc w:val="left"/>
      </w:pPr>
      <w:r>
        <w:rPr>
          <w:b/>
          <w:sz w:val="22"/>
        </w:rPr>
        <w:t>CLÁUSULA 10ª – DO FORO</w:t>
      </w:r>
    </w:p>
    <w:p>
      <w:pPr>
        <w:jc w:val="both"/>
      </w:pPr>
      <w:r>
        <w:rPr>
          <w:b w:val="0"/>
          <w:sz w:val="20"/>
        </w:rPr>
        <w:t>Fica eleito o foro da Comarca de ____________________________, Estado __________, para dirimir quaisquer dúvidas ou controvérsias oriundas deste contrato, com renúncia expressa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E, por estarem assim justos e contratados, firmam o presente instrumento particular em 2 (duas) vias de igual teor e forma, na presença de 2 (duas) testemunhas.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VENDEDOR(a):</w:t>
              <w:br/>
              <w:br/>
              <w:br/>
              <w:br/>
              <w:t>Assinatura: 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COMPRADOR(a):</w:t>
              <w:br/>
              <w:br/>
              <w:br/>
              <w:br/>
              <w:t>Assinatura: 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1:</w:t>
              <w:br/>
              <w:br/>
              <w:t>Nome: ________________________________</w:t>
              <w:br/>
              <w:t>CPF: _________________________________</w:t>
              <w:br/>
              <w:t>Assinatura: 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2:</w:t>
              <w:br/>
              <w:br/>
              <w:t>Nome: ________________________________</w:t>
              <w:br/>
              <w:t>CPF: _________________________________</w:t>
              <w:br/>
              <w:t>Assinatura: 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https://modelo-juris.com/contrato-de-gaveta/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de-gave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