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LOCAÇÃO COMERCIAL COM FIADOR</w:t>
      </w:r>
    </w:p>
    <w:p/>
    <w:p/>
    <w:p>
      <w:r>
        <w:rPr>
          <w:b w:val="0"/>
          <w:i w:val="0"/>
          <w:sz w:val="20"/>
        </w:rPr>
        <w:t>Pelo presente instrumento particular de Contrato de Locação Comercial com fiador, de um lado, como LOCADOR(a): ________________________________________________, portador(a) do CPF nº ______________________, residente e domiciliado(a) à ________________________________________________, e de outro lado, como LOCATÁRIO(a): ________________________________________________, portador(a) do CPF nº ______________________, residente e domiciliado(a) à ________________________________________________, e como FIADOR(a): ________________________________________________, portador(a) do CPF nº ______________________, residente e domiciliado(a) à ________________________________________________, têm entre si justo e contratado o seguinte:</w:t>
      </w:r>
    </w:p>
    <w:p/>
    <w:p/>
    <w:p>
      <w:r>
        <w:rPr>
          <w:b/>
          <w:sz w:val="22"/>
        </w:rPr>
        <w:t>CLÁUSULA 1 – DO OBJETO</w:t>
      </w:r>
    </w:p>
    <w:p>
      <w:r>
        <w:rPr>
          <w:b w:val="0"/>
          <w:i w:val="0"/>
          <w:sz w:val="20"/>
        </w:rPr>
        <w:t>O LOCADOR(a) dá em locação ao LOCATÁRIO(a), que aceita, o imóvel comercial situado à ________________________________________________, composto por ________________________________________________.</w:t>
      </w:r>
    </w:p>
    <w:p/>
    <w:p>
      <w:r>
        <w:rPr>
          <w:b/>
          <w:sz w:val="22"/>
        </w:rPr>
        <w:t>CLÁUSULA 2 – DO PRAZO</w:t>
      </w:r>
    </w:p>
    <w:p>
      <w:r>
        <w:rPr>
          <w:b w:val="0"/>
          <w:i w:val="0"/>
          <w:sz w:val="20"/>
        </w:rPr>
        <w:t>O prazo da locação é de ______ (______) meses, iniciando-se em ____/____/____ e terminando em ____/____/____, findo o qual o LOCATÁRIO(a) deverá devolver o imóvel nas mesmas condições em que o recebeu, salvo deteriorações naturais ao uso regular.</w:t>
      </w:r>
    </w:p>
    <w:p/>
    <w:p>
      <w:r>
        <w:rPr>
          <w:b/>
          <w:sz w:val="22"/>
        </w:rPr>
        <w:t>CLÁUSULA 3 – DO VALOR DO ALUGUEL E FORMA DE PAGAMENTO</w:t>
      </w:r>
    </w:p>
    <w:p>
      <w:r>
        <w:rPr>
          <w:b w:val="0"/>
          <w:i w:val="0"/>
          <w:sz w:val="20"/>
        </w:rPr>
        <w:t>O aluguel mensal será de R$ ______________________ (______________________________), vencendo-se todo dia ____ (____) de cada mês, a ser pago pelo LOCATÁRIO(a) diretamente ao LOCADOR(a) ou em conta bancária indicada, por meio de depósito ou transferência bancária.</w:t>
      </w:r>
    </w:p>
    <w:p/>
    <w:p>
      <w:r>
        <w:rPr>
          <w:b/>
          <w:sz w:val="22"/>
        </w:rPr>
        <w:t>CLÁUSULA 4 – DO REAJUSTE</w:t>
      </w:r>
    </w:p>
    <w:p>
      <w:r>
        <w:rPr>
          <w:b w:val="0"/>
          <w:i w:val="0"/>
          <w:sz w:val="20"/>
        </w:rPr>
        <w:t>O valor do aluguel será reajustado anualmente, com base na variação do índice IGPM/FGV ou outro índice oficial que venha a substituí-lo.</w:t>
      </w:r>
    </w:p>
    <w:p/>
    <w:p>
      <w:r>
        <w:rPr>
          <w:b/>
          <w:sz w:val="22"/>
        </w:rPr>
        <w:t>CLÁUSULA 5 – DAS DESPESAS</w:t>
      </w:r>
    </w:p>
    <w:p>
      <w:r>
        <w:rPr>
          <w:b w:val="0"/>
          <w:i w:val="0"/>
          <w:sz w:val="20"/>
        </w:rPr>
        <w:t>Ficarão a cargo do LOCATÁRIO(a) todas as despesas ordinárias de condomínio, IPTU, contas de água, energia elétrica, gás, telefone, e demais encargos incidentes sobre o imóvel durante a vigência deste contrato.</w:t>
      </w:r>
    </w:p>
    <w:p/>
    <w:p>
      <w:r>
        <w:rPr>
          <w:b/>
          <w:sz w:val="22"/>
        </w:rPr>
        <w:t>CLÁUSULA 6 – DAS OBRIGAÇÕES DO LOCATÁRIO</w:t>
      </w:r>
    </w:p>
    <w:p>
      <w:r>
        <w:rPr>
          <w:b w:val="0"/>
          <w:i w:val="0"/>
          <w:sz w:val="20"/>
        </w:rPr>
        <w:t>São obrigações do LOCATÁRIO(a):</w:t>
      </w:r>
    </w:p>
    <w:p>
      <w:pPr>
        <w:pStyle w:val="ListBullet"/>
      </w:pPr>
      <w:r>
        <w:rPr>
          <w:sz w:val="20"/>
        </w:rPr>
        <w:t>Utilizar o imóvel exclusivamente para fins comerciais descritos no preâmbulo.</w:t>
      </w:r>
    </w:p>
    <w:p>
      <w:pPr>
        <w:pStyle w:val="ListBullet"/>
      </w:pPr>
      <w:r>
        <w:rPr>
          <w:sz w:val="20"/>
        </w:rPr>
        <w:t>Conservar o imóvel em perfeito estado, realizando as manutenções necessárias.</w:t>
      </w:r>
    </w:p>
    <w:p>
      <w:pPr>
        <w:pStyle w:val="ListBullet"/>
      </w:pPr>
      <w:r>
        <w:rPr>
          <w:sz w:val="20"/>
        </w:rPr>
        <w:t>Não realizar obras ou modificações sem autorização prévia e por escrito do LOCADOR(a).</w:t>
      </w:r>
    </w:p>
    <w:p>
      <w:pPr>
        <w:pStyle w:val="ListBullet"/>
      </w:pPr>
      <w:r>
        <w:rPr>
          <w:sz w:val="20"/>
        </w:rPr>
        <w:t>Entregar o imóvel ao final da locação nas condições em que o recebeu, salvo deteriorações naturais.</w:t>
      </w:r>
    </w:p>
    <w:p/>
    <w:p>
      <w:r>
        <w:rPr>
          <w:b/>
          <w:sz w:val="22"/>
        </w:rPr>
        <w:t>CLÁUSULA 7 – DAS OBRIGAÇÕES DO LOCADOR</w:t>
      </w:r>
    </w:p>
    <w:p>
      <w:r>
        <w:rPr>
          <w:b w:val="0"/>
          <w:i w:val="0"/>
          <w:sz w:val="20"/>
        </w:rPr>
        <w:t>São obrigações do LOCADOR(a):</w:t>
      </w:r>
    </w:p>
    <w:p>
      <w:pPr>
        <w:pStyle w:val="ListBullet"/>
      </w:pPr>
      <w:r>
        <w:rPr>
          <w:sz w:val="20"/>
        </w:rPr>
        <w:t>Entregar o imóvel em condições de uso.</w:t>
      </w:r>
    </w:p>
    <w:p>
      <w:pPr>
        <w:pStyle w:val="ListBullet"/>
      </w:pPr>
      <w:r>
        <w:rPr>
          <w:sz w:val="20"/>
        </w:rPr>
        <w:t>Garantir o uso pacífico do imóvel durante o prazo da locação.</w:t>
      </w:r>
    </w:p>
    <w:p/>
    <w:p>
      <w:r>
        <w:rPr>
          <w:b/>
          <w:sz w:val="22"/>
        </w:rPr>
        <w:t>CLÁUSULA 8 – DO FIADOR</w:t>
      </w:r>
    </w:p>
    <w:p>
      <w:r>
        <w:rPr>
          <w:b w:val="0"/>
          <w:i w:val="0"/>
          <w:sz w:val="20"/>
        </w:rPr>
        <w:t>O FIADOR(a) garante, como principal pagador, todas as obrigações assumidas pelo LOCATÁRIO(a) neste contrato, inclusive eventuais multas, danos e despesas, obrigando-se a cumprir fielmente todas as cláusulas aqui pactuadas.</w:t>
      </w:r>
    </w:p>
    <w:p/>
    <w:p>
      <w:r>
        <w:rPr>
          <w:b/>
          <w:sz w:val="22"/>
        </w:rPr>
        <w:t>CLÁUSULA 9 – DA RESCISÃO</w:t>
      </w:r>
    </w:p>
    <w:p>
      <w:r>
        <w:rPr>
          <w:b w:val="0"/>
          <w:i w:val="0"/>
          <w:sz w:val="20"/>
        </w:rPr>
        <w:t>Este contrato poderá ser rescindido por qualquer das partes, mediante aviso prévio e por escrito de 30 (trinta) dias, ficando o LOCATÁRIO(a) responsável pelo pagamento dos aluguéis e encargos até a efetiva desocupação e entrega do imóvel.</w:t>
      </w:r>
    </w:p>
    <w:p/>
    <w:p>
      <w:r>
        <w:rPr>
          <w:b/>
          <w:sz w:val="22"/>
        </w:rPr>
        <w:t>CLÁUSULA 10 – DAS PENALIDADES</w:t>
      </w:r>
    </w:p>
    <w:p>
      <w:r>
        <w:rPr>
          <w:b w:val="0"/>
          <w:i w:val="0"/>
          <w:sz w:val="20"/>
        </w:rPr>
        <w:t>O não pagamento do aluguel e encargos na data do vencimento acarretará multa de 10% (dez por cento) e juros moratórios de 1% (um por cento) ao mês, além das medidas legais cabíveis.</w:t>
      </w:r>
    </w:p>
    <w:p/>
    <w:p>
      <w:r>
        <w:rPr>
          <w:b/>
          <w:sz w:val="22"/>
        </w:rPr>
        <w:t>CLÁUSULA 11 – DAS DISPOSIÇÕES GERAIS</w:t>
      </w:r>
    </w:p>
    <w:p>
      <w:r>
        <w:rPr>
          <w:b w:val="0"/>
          <w:i w:val="0"/>
          <w:sz w:val="20"/>
        </w:rPr>
        <w:t>O LOCATÁRIO(a) não poderá ceder ou transferir este contrato, total ou parcialmente, sem consentimento prévio e escrito do LOCADOR(a).</w:t>
      </w:r>
    </w:p>
    <w:p>
      <w:r>
        <w:rPr>
          <w:b w:val="0"/>
          <w:i w:val="0"/>
          <w:sz w:val="20"/>
        </w:rPr>
        <w:t>Qualquer tolerância ou concessão das partes não importará em novação ou alteração do presente contrato.</w:t>
      </w:r>
    </w:p>
    <w:p/>
    <w:p>
      <w:r>
        <w:rPr>
          <w:b/>
          <w:sz w:val="22"/>
        </w:rPr>
        <w:t>CLÁUSULA 12 – DO FORO</w:t>
      </w:r>
    </w:p>
    <w:p>
      <w:r>
        <w:rPr>
          <w:b w:val="0"/>
          <w:i w:val="0"/>
          <w:sz w:val="20"/>
        </w:rPr>
        <w:t>Fica eleito o foro da comarca de _________________________ para dirimir quaisquer dúvidas ou litígios oriundos deste contrato, renunciando as partes a qualquer outro, por mais privilegiado que seja.</w:t>
      </w:r>
    </w:p>
    <w:p/>
    <w:p/>
    <w:p>
      <w:r>
        <w:rPr>
          <w:b w:val="0"/>
          <w:i w:val="0"/>
          <w:sz w:val="20"/>
        </w:rPr>
        <w:t>E, por estarem assim justos e contratados, assinam o presente contrato em 3 (três) vias de igual teor e forma, para todos os fins de direito.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LOCADOR(a):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LOCATÁRIO(a):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CPF: __________________________</w:t>
            </w:r>
          </w:p>
        </w:tc>
      </w:tr>
    </w:tbl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FIADOR(a):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</w:t>
              <w:br/>
              <w:t>CPF: __________________________</w:t>
            </w:r>
          </w:p>
        </w:tc>
      </w:tr>
    </w:tbl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https://modelo-juris.com/contrato-de-locacao-comercial-com-fiador/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1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sz w:val="16"/>
      </w:rPr>
      <w:t>Contrato de Locação Comercial com Fiador - Modelo padrão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modelo-juris.com/contrato-de-locacao-comercial-com-fiador/" TargetMode="External"/><Relationship Id="rId11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