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USO DE IMAGEM</w:t>
      </w:r>
    </w:p>
    <w:p/>
    <w:p/>
    <w:p>
      <w:r>
        <w:rPr>
          <w:b w:val="0"/>
          <w:sz w:val="20"/>
        </w:rPr>
        <w:t xml:space="preserve">Pelo presente instrumento particular, de um lado, </w:t>
      </w:r>
    </w:p>
    <w:p>
      <w:r>
        <w:rPr>
          <w:b/>
          <w:sz w:val="20"/>
        </w:rPr>
        <w:t xml:space="preserve">NOME COMPLETO DO CONTRATANTE, </w:t>
      </w:r>
    </w:p>
    <w:p>
      <w:r>
        <w:rPr>
          <w:b w:val="0"/>
          <w:sz w:val="20"/>
        </w:rPr>
        <w:t xml:space="preserve">nacionalidade, estado civil, profissão, portador(a) do RG nº __________ e CPF nº __________, residente e domiciliado(a) à ______________________________________________, doravante denominado(a) simplesmente CONTRATANTE, e, de outro lado, </w:t>
      </w:r>
    </w:p>
    <w:p>
      <w:r>
        <w:rPr>
          <w:b/>
          <w:sz w:val="20"/>
        </w:rPr>
        <w:t xml:space="preserve">NOME COMPLETO DO CONTRATADO, </w:t>
      </w:r>
    </w:p>
    <w:p>
      <w:r>
        <w:rPr>
          <w:b w:val="0"/>
          <w:sz w:val="20"/>
        </w:rPr>
        <w:t>nacionalidade, estado civil, profissão, portador(a) do RG nº __________ e CPF nº __________, residente e domiciliado(a) à ______________________________________________, doravante denominado(a) simplesmente CONTRATADO, têm entre si justo e acertado o presente CONTRATO DE USO DE IMAGEM, que se regerá pelas cláusulas e condições seguintes:</w:t>
      </w:r>
    </w:p>
    <w:p/>
    <w:p/>
    <w:p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presente contrato tem por objeto a cessão, pelo CONTRATADO ao CONTRATANTE, do direito de uso de sua imagem, voz e nome, para utilização em materiais publicitários, promocionais, institucionais, comerciais e/ou editoriais, em qualquer mídia, inclusive digital, por prazo e território especificados neste instrumento.</w:t>
      </w:r>
    </w:p>
    <w:p/>
    <w:p>
      <w:r>
        <w:rPr>
          <w:b/>
          <w:sz w:val="22"/>
        </w:rPr>
        <w:t>CLÁUSULA 2ª – DA CESSÃO DE DIREITOS</w:t>
      </w:r>
    </w:p>
    <w:p>
      <w:r>
        <w:rPr>
          <w:b w:val="0"/>
          <w:sz w:val="20"/>
        </w:rPr>
        <w:t>O CONTRATADO cede ao CONTRATANTE, de forma gratuita/remunerada (escolher a opção adequada), o direito de uso, edição, reprodução, divulgação e publicação da sua imagem, voz e nome, para as finalidades previstas neste contrato, em qualquer meio ou suporte, conhecido ou que venha a ser criado, inclusive internet, redes sociais, televisão, rádio, mídia impressa e demais veículos de comunicação.</w:t>
      </w:r>
    </w:p>
    <w:p/>
    <w:p>
      <w:r>
        <w:rPr>
          <w:b/>
          <w:sz w:val="22"/>
        </w:rPr>
        <w:t>CLÁUSULA 3ª – DO PRAZO</w:t>
      </w:r>
    </w:p>
    <w:p>
      <w:r>
        <w:rPr>
          <w:b w:val="0"/>
          <w:sz w:val="20"/>
        </w:rPr>
        <w:t>A presente cessão de direitos tem prazo de duração de __ (__) meses/anos, contados a partir da assinatura deste contrato, podendo ser renovado mediante acordo entre as partes.</w:t>
      </w:r>
    </w:p>
    <w:p/>
    <w:p>
      <w:r>
        <w:rPr>
          <w:b/>
          <w:sz w:val="22"/>
        </w:rPr>
        <w:t>CLÁUSULA 4ª – DO TERRITÓRIO</w:t>
      </w:r>
    </w:p>
    <w:p>
      <w:r>
        <w:rPr>
          <w:b w:val="0"/>
          <w:sz w:val="20"/>
        </w:rPr>
        <w:t>O uso da imagem, voz e nome do CONTRATADO poderá ocorrer em todo território nacional e internacional, sem restrições geográficas.</w:t>
      </w:r>
    </w:p>
    <w:p/>
    <w:p>
      <w:r>
        <w:rPr>
          <w:b/>
          <w:sz w:val="22"/>
        </w:rPr>
        <w:t>CLÁUSULA 5ª – DA REMUNERAÇÃO</w:t>
      </w:r>
    </w:p>
    <w:p>
      <w:r>
        <w:rPr>
          <w:b w:val="0"/>
          <w:sz w:val="20"/>
        </w:rPr>
        <w:t>Pela cessão dos direitos ora contratada, o CONTRATADO receberá a quantia de R$ __________ (______________________), a ser paga da seguinte forma: ________________________________________________.</w:t>
      </w:r>
    </w:p>
    <w:p>
      <w:r>
        <w:rPr>
          <w:b w:val="0"/>
          <w:sz w:val="20"/>
        </w:rPr>
        <w:t>Caso a cessão seja gratuita, informar: O presente contrato é firmado a título gratuito, não sendo devido qualquer pagamento ao CONTRATADO pelo uso da sua imagem, voz e nome.</w:t>
      </w:r>
    </w:p>
    <w:p/>
    <w:p>
      <w:r>
        <w:rPr>
          <w:b/>
          <w:sz w:val="22"/>
        </w:rPr>
        <w:t>CLÁUSULA 6ª – DAS OBRIGAÇÕES DO CONTRATADO</w:t>
      </w:r>
    </w:p>
    <w:p>
      <w:r>
        <w:rPr>
          <w:b w:val="0"/>
          <w:sz w:val="20"/>
        </w:rPr>
        <w:t>O CONTRATADO declara que cede sua imagem, voz e nome de forma livre e espontânea, não havendo qualquer impedimento legal para tanto, bem como que não violará direitos de terceiros ao conceder esta cessão.</w:t>
      </w:r>
    </w:p>
    <w:p/>
    <w:p>
      <w:r>
        <w:rPr>
          <w:b/>
          <w:sz w:val="22"/>
        </w:rPr>
        <w:t>CLÁUSULA 7ª – DAS OBRIGAÇÕES DO CONTRATANTE</w:t>
      </w:r>
    </w:p>
    <w:p>
      <w:r>
        <w:rPr>
          <w:b w:val="0"/>
          <w:sz w:val="20"/>
        </w:rPr>
        <w:t>O CONTRATANTE compromete-se a utilizar a imagem, voz e nome do CONTRATADO conforme as finalidades previstas neste contrato, respeitando sua integridade moral e imagem pessoal, não podendo utilizar os conteúdos de forma que denigra ou viole a honra e a reputação do CONTRATADO.</w:t>
      </w:r>
    </w:p>
    <w:p/>
    <w:p>
      <w:r>
        <w:rPr>
          <w:b/>
          <w:sz w:val="22"/>
        </w:rPr>
        <w:t>CLÁUSULA 8ª – DA RESPONSABILIDADE</w:t>
      </w:r>
    </w:p>
    <w:p>
      <w:r>
        <w:rPr>
          <w:b w:val="0"/>
          <w:sz w:val="20"/>
        </w:rPr>
        <w:t>O CONTRATANTE é responsável pela veiculação e uso da imagem, voz e nome do CONTRATADO, devendo observar as disposições legais aplicáveis, em especial o Código Civil, o Código de Defesa do Consumidor, a Constituição Federal e a Lei nº 9.610/98 (Lei de Direitos Autorais).</w:t>
      </w:r>
    </w:p>
    <w:p/>
    <w:p>
      <w:r>
        <w:rPr>
          <w:b/>
          <w:sz w:val="22"/>
        </w:rPr>
        <w:t>CLÁUSULA 9ª – DA RESCISÃO</w:t>
      </w:r>
    </w:p>
    <w:p>
      <w:r>
        <w:rPr>
          <w:b w:val="0"/>
          <w:sz w:val="20"/>
        </w:rPr>
        <w:t>O presente contrato poderá ser rescindido por qualquer das partes mediante notificação por escrito, com antecedência mínima de __ (__) dias, sem prejuízo das obrigações assumidas até a data da rescisão.</w:t>
      </w:r>
    </w:p>
    <w:p/>
    <w:p>
      <w:r>
        <w:rPr>
          <w:b/>
          <w:sz w:val="22"/>
        </w:rPr>
        <w:t>CLÁUSULA 10ª –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________________________, Estado de __________, com renúncia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 por estarem assim justos e contratados, firmam o presente instrumento em duas vias de igual teor e forma.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Nome:</w:t>
              <w:br/>
              <w:t>CPF: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Nome:</w:t>
              <w:br/>
              <w:t>CPF: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https://modelo-juris.com/contrato-de-uso-de-imagem/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de-uso-de-imagem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