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CONTRATO DE PRESTAÇÃO DE SERVIÇOS EDUCACIONAIS</w:t>
      </w:r>
    </w:p>
    <w:p/>
    <w:p/>
    <w:p>
      <w:pPr>
        <w:ind w:firstLine="425"/>
      </w:pPr>
      <w:r>
        <w:rPr>
          <w:b w:val="0"/>
          <w:sz w:val="20"/>
        </w:rPr>
        <w:t>Pelo presente instrumento particular, de um lado, como CONTRATADA, a instituição de ensino ____________________________________________, com sede à ________________________________________________, inscrita no CNPJ sob nº ________________________, neste ato representada por seu representante legal ________________________________, doravante denominada simplesmente ESCOLA; e, de outro lado, como CONTRATANTE, o(a) Sr(a). ____________________________________________, nacionalidade ________________, estado civil ________________, portador(a) do RG nº ________________ e CPF nº ________________, residente e domiciliado(a) à ____________________________________________, celebram o presente CONTRATO DE PRESTAÇÃO DE SERVIÇOS EDUCACIONAIS, que será regido pelas cláusulas e condições seguintes:</w:t>
      </w:r>
    </w:p>
    <w:p/>
    <w:p>
      <w:r>
        <w:rPr>
          <w:b/>
          <w:sz w:val="22"/>
        </w:rPr>
        <w:t>CLÁUSULA 1ª – DO OBJETO</w:t>
      </w:r>
    </w:p>
    <w:p>
      <w:pPr>
        <w:ind w:firstLine="425"/>
      </w:pPr>
      <w:r>
        <w:rPr>
          <w:b w:val="0"/>
          <w:sz w:val="20"/>
        </w:rPr>
        <w:t>1.1. O presente contrato tem por objeto a prestação de serviços educacionais pela ESCOLA ao(à) aluno(a) ________________________________, regularmente matriculado(a) no curso de ________________________________, conforme o calendário escolar vigente.</w:t>
      </w:r>
    </w:p>
    <w:p/>
    <w:p>
      <w:r>
        <w:rPr>
          <w:b/>
          <w:sz w:val="22"/>
        </w:rPr>
        <w:t>CLÁUSULA 2ª – DA MATRÍCULA E ATENDIMENTO</w:t>
      </w:r>
    </w:p>
    <w:p>
      <w:pPr>
        <w:ind w:firstLine="425"/>
      </w:pPr>
      <w:r>
        <w:rPr>
          <w:b w:val="0"/>
          <w:sz w:val="20"/>
        </w:rPr>
        <w:t>2.1. A matrícula é condição indispensável para a frequência às aulas e participação nas atividades escolares.</w:t>
      </w:r>
    </w:p>
    <w:p>
      <w:pPr>
        <w:ind w:firstLine="425"/>
      </w:pPr>
      <w:r>
        <w:rPr>
          <w:b w:val="0"/>
          <w:sz w:val="20"/>
        </w:rPr>
        <w:t>2.2. O atendimento ao aluno será realizado conforme as normas internas da ESCOLA, respeitando a carga horária e calendário previamente estabelecidos.</w:t>
      </w:r>
    </w:p>
    <w:p/>
    <w:p>
      <w:r>
        <w:rPr>
          <w:b/>
          <w:sz w:val="22"/>
        </w:rPr>
        <w:t>CLÁUSULA 3ª – DOS VALORES E FORMAS DE PAGAMENTO</w:t>
      </w:r>
    </w:p>
    <w:p>
      <w:pPr>
        <w:ind w:firstLine="425"/>
      </w:pPr>
      <w:r>
        <w:rPr>
          <w:b w:val="0"/>
          <w:sz w:val="20"/>
        </w:rPr>
        <w:t>3.1. O CONTRATANTE pagará à ESCOLA o valor mensal de R$ ________________________, referente à prestação dos serviços educacionais contratados.</w:t>
      </w:r>
    </w:p>
    <w:p>
      <w:pPr>
        <w:ind w:firstLine="425"/>
      </w:pPr>
      <w:r>
        <w:rPr>
          <w:b w:val="0"/>
          <w:sz w:val="20"/>
        </w:rPr>
        <w:t>3.2. O pagamento deverá ser efetuado até o dia ____ de cada mês, por meio de ________________________________ (boleto bancário, transferência, etc.).</w:t>
      </w:r>
    </w:p>
    <w:p>
      <w:pPr>
        <w:ind w:firstLine="425"/>
      </w:pPr>
      <w:r>
        <w:rPr>
          <w:b w:val="0"/>
          <w:sz w:val="20"/>
        </w:rPr>
        <w:t>3.3. Em caso de atraso no pagamento, incidirá multa de 2% (dois por cento) sobre o valor devido, além de juros de mora de 1% (um por cento) ao mês.</w:t>
      </w:r>
    </w:p>
    <w:p/>
    <w:p>
      <w:r>
        <w:rPr>
          <w:b/>
          <w:sz w:val="22"/>
        </w:rPr>
        <w:t>CLÁUSULA 4ª – DA DURAÇÃO E VIGÊNCIA</w:t>
      </w:r>
    </w:p>
    <w:p>
      <w:pPr>
        <w:ind w:firstLine="425"/>
      </w:pPr>
      <w:r>
        <w:rPr>
          <w:b w:val="0"/>
          <w:sz w:val="20"/>
        </w:rPr>
        <w:t>4.1. O presente contrato terá vigência pelo período letivo correspondente ao ano de ________, iniciando-se em ____/____/______ e terminando em ____/____/______.</w:t>
      </w:r>
    </w:p>
    <w:p>
      <w:pPr>
        <w:ind w:firstLine="425"/>
      </w:pPr>
      <w:r>
        <w:rPr>
          <w:b w:val="0"/>
          <w:sz w:val="20"/>
        </w:rPr>
        <w:t>4.2. A renovação deste contrato será automática para o período letivo subsequente, salvo manifestação contrária por qualquer das partes com antecedência mínima de 30 (trinta) dias.</w:t>
      </w:r>
    </w:p>
    <w:p/>
    <w:p>
      <w:r>
        <w:rPr>
          <w:b/>
          <w:sz w:val="22"/>
        </w:rPr>
        <w:t>CLÁUSULA 5ª – DAS OBRIGAÇÕES DA ESCOLA</w:t>
      </w:r>
    </w:p>
    <w:p>
      <w:pPr>
        <w:pStyle w:val="ListBullet"/>
      </w:pPr>
      <w:r>
        <w:rPr>
          <w:sz w:val="20"/>
        </w:rPr>
        <w:t>a) Fornecer ensino de qualidade conforme o projeto pedagógico aprovado pelos órgãos competentes;</w:t>
      </w:r>
    </w:p>
    <w:p>
      <w:pPr>
        <w:pStyle w:val="ListBullet"/>
      </w:pPr>
      <w:r>
        <w:rPr>
          <w:sz w:val="20"/>
        </w:rPr>
        <w:t>b) Manter o corpo docente devidamente qualificado e registrado;</w:t>
      </w:r>
    </w:p>
    <w:p>
      <w:pPr>
        <w:pStyle w:val="ListBullet"/>
      </w:pPr>
      <w:r>
        <w:rPr>
          <w:sz w:val="20"/>
        </w:rPr>
        <w:t>c) Fornecer material didático conforme previsto;</w:t>
      </w:r>
    </w:p>
    <w:p>
      <w:pPr>
        <w:pStyle w:val="ListBullet"/>
      </w:pPr>
      <w:r>
        <w:rPr>
          <w:sz w:val="20"/>
        </w:rPr>
        <w:t>d) Garantir a infraestrutura necessária para o desenvolvimento das atividades escolares;</w:t>
      </w:r>
    </w:p>
    <w:p>
      <w:pPr>
        <w:pStyle w:val="ListBullet"/>
      </w:pPr>
      <w:r>
        <w:rPr>
          <w:sz w:val="20"/>
        </w:rPr>
        <w:t>e) Informar ao CONTRATANTE sobre eventuais mudanças no calendário escolar e/ou funcionamento da ESCOLA;</w:t>
      </w:r>
    </w:p>
    <w:p/>
    <w:p>
      <w:r>
        <w:rPr>
          <w:b/>
          <w:sz w:val="22"/>
        </w:rPr>
        <w:t>CLÁUSULA 6ª – DAS OBRIGAÇÕES DO CONTRATANTE</w:t>
      </w:r>
    </w:p>
    <w:p>
      <w:pPr>
        <w:pStyle w:val="ListBullet"/>
      </w:pPr>
      <w:r>
        <w:rPr>
          <w:sz w:val="20"/>
        </w:rPr>
        <w:t>a) Efetuar o pagamento dos valores nas datas estipuladas;</w:t>
      </w:r>
    </w:p>
    <w:p>
      <w:pPr>
        <w:pStyle w:val="ListBullet"/>
      </w:pPr>
      <w:r>
        <w:rPr>
          <w:sz w:val="20"/>
        </w:rPr>
        <w:t>b) Zelar pelo bom comportamento e disciplina do aluno dentro da ESCOLA;</w:t>
      </w:r>
    </w:p>
    <w:p>
      <w:pPr>
        <w:pStyle w:val="ListBullet"/>
      </w:pPr>
      <w:r>
        <w:rPr>
          <w:sz w:val="20"/>
        </w:rPr>
        <w:t>c) Fornecer as informações e documentos necessários para a matrícula e demais procedimentos;</w:t>
      </w:r>
    </w:p>
    <w:p>
      <w:pPr>
        <w:pStyle w:val="ListBullet"/>
      </w:pPr>
      <w:r>
        <w:rPr>
          <w:sz w:val="20"/>
        </w:rPr>
        <w:t>d) Cumprir as normas internas da ESCOLA, incluindo o regimento escolar;</w:t>
      </w:r>
    </w:p>
    <w:p/>
    <w:p>
      <w:r>
        <w:rPr>
          <w:b/>
          <w:sz w:val="22"/>
        </w:rPr>
        <w:t>CLÁUSULA 7ª – DO CANCELAMENTO E RESCISÃO</w:t>
      </w:r>
    </w:p>
    <w:p>
      <w:pPr>
        <w:ind w:firstLine="425"/>
      </w:pPr>
      <w:r>
        <w:rPr>
          <w:b w:val="0"/>
          <w:sz w:val="20"/>
        </w:rPr>
        <w:t>7.1. O presente contrato poderá ser rescindido por qualquer das partes mediante aviso prévio por escrito com antecedência mínima de 30 (trinta) dias.</w:t>
      </w:r>
    </w:p>
    <w:p>
      <w:pPr>
        <w:ind w:firstLine="425"/>
      </w:pPr>
      <w:r>
        <w:rPr>
          <w:b w:val="0"/>
          <w:sz w:val="20"/>
        </w:rPr>
        <w:t>7.2. Em caso de desistência do CONTRATANTE após o início do período letivo, será devido o pagamento proporcional ao período cursado, conforme regras internas da ESCOLA.</w:t>
      </w:r>
    </w:p>
    <w:p>
      <w:pPr>
        <w:ind w:firstLine="425"/>
      </w:pPr>
      <w:r>
        <w:rPr>
          <w:b w:val="0"/>
          <w:sz w:val="20"/>
        </w:rPr>
        <w:t>7.3. O não pagamento das mensalidades por período superior a 90 (noventa) dias poderá acarretar a suspensão do serviço educacional e eventual cobrança judicial.</w:t>
      </w:r>
    </w:p>
    <w:p/>
    <w:p>
      <w:r>
        <w:rPr>
          <w:b/>
          <w:sz w:val="22"/>
        </w:rPr>
        <w:t>CLÁUSULA 8ª – DAS DISPOSIÇÕES GERAIS</w:t>
      </w:r>
    </w:p>
    <w:p>
      <w:pPr>
        <w:ind w:firstLine="425"/>
      </w:pPr>
      <w:r>
        <w:rPr>
          <w:b w:val="0"/>
          <w:sz w:val="20"/>
        </w:rPr>
        <w:t>8.1. O presente contrato é firmado em caráter irrevogável e irretratável, obrigando as partes e seus sucessores.</w:t>
      </w:r>
    </w:p>
    <w:p>
      <w:pPr>
        <w:ind w:firstLine="425"/>
      </w:pPr>
      <w:r>
        <w:rPr>
          <w:b w:val="0"/>
          <w:sz w:val="20"/>
        </w:rPr>
        <w:t>8.2. As partes elegem o foro da Comarca de ____________________, Estado de ________________, para dirimir quaisquer controvérsias oriundas deste contrato.</w:t>
      </w:r>
    </w:p>
    <w:p/>
    <w:p>
      <w:pPr>
        <w:jc w:val="center"/>
      </w:pPr>
      <w:r>
        <w:rPr>
          <w:b w:val="0"/>
          <w:sz w:val="20"/>
        </w:rPr>
        <w:t>E por estarem assim justas e contratadas, firmam o presente instrumento em 2 (duas) vias de igual teor e forma, para todos os fins de direito.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t>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t>__________________________________________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t>Contratante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t>Escola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i/>
              </w:rPr>
              <w:t>RG: 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i/>
              </w:rPr>
              <w:t>CNPJ: 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https://modelo-juris.com/contrato-escolar/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contrato-escolar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