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LOCAÇÃO POR TEMPORADA</w:t>
      </w:r>
    </w:p>
    <w:p/>
    <w:p/>
    <w:p>
      <w:r>
        <w:rPr>
          <w:b/>
          <w:sz w:val="20"/>
        </w:rPr>
        <w:t>LOCADOR:</w:t>
      </w:r>
    </w:p>
    <w:p>
      <w:r>
        <w:rPr>
          <w:b w:val="0"/>
          <w:sz w:val="20"/>
        </w:rPr>
        <w:t>Nome: 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</w:t>
      </w:r>
    </w:p>
    <w:p>
      <w:r>
        <w:rPr>
          <w:b w:val="0"/>
          <w:sz w:val="20"/>
        </w:rPr>
        <w:t>RG: __________________________________________________________________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</w:t>
      </w:r>
    </w:p>
    <w:p/>
    <w:p>
      <w:r>
        <w:rPr>
          <w:b/>
          <w:sz w:val="20"/>
        </w:rPr>
        <w:t>LOCATÁRIO:</w:t>
      </w:r>
    </w:p>
    <w:p>
      <w:r>
        <w:rPr>
          <w:b w:val="0"/>
          <w:sz w:val="20"/>
        </w:rPr>
        <w:t>Nome: 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</w:t>
      </w:r>
    </w:p>
    <w:p>
      <w:r>
        <w:rPr>
          <w:b w:val="0"/>
          <w:sz w:val="20"/>
        </w:rPr>
        <w:t>RG: __________________________________________________________________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</w:t>
      </w:r>
    </w:p>
    <w:p/>
    <w:p/>
    <w:p>
      <w:pPr>
        <w:jc w:val="left"/>
      </w:pPr>
      <w:r>
        <w:rPr>
          <w:b/>
          <w:sz w:val="22"/>
        </w:rPr>
        <w:t>CLÁUSULA 1ª – DO OBJETO</w:t>
      </w:r>
    </w:p>
    <w:p>
      <w:r>
        <w:rPr>
          <w:b w:val="0"/>
          <w:sz w:val="20"/>
        </w:rPr>
        <w:t>O LOCADOR dá em locação ao LOCATÁRIO, que aceita, o imóvel situado à: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destinado exclusivamente para fins de temporada, sendo vedada qualquer utilização diversa daquela prevista neste contrato.</w:t>
      </w:r>
    </w:p>
    <w:p/>
    <w:p>
      <w:pPr>
        <w:jc w:val="left"/>
      </w:pPr>
      <w:r>
        <w:rPr>
          <w:b/>
          <w:sz w:val="22"/>
        </w:rPr>
        <w:t>CLÁUSULA 2ª – DO PRAZO</w:t>
      </w:r>
    </w:p>
    <w:p>
      <w:r>
        <w:rPr>
          <w:b w:val="0"/>
          <w:sz w:val="20"/>
        </w:rPr>
        <w:t>O prazo da locação é de _____ (______ ) dias, iniciando-se em ____/____/______ e encerrando-se em ____/____/______, não podendo ser prorrogado tacitamente.</w:t>
      </w:r>
    </w:p>
    <w:p/>
    <w:p>
      <w:pPr>
        <w:jc w:val="left"/>
      </w:pPr>
      <w:r>
        <w:rPr>
          <w:b/>
          <w:sz w:val="22"/>
        </w:rPr>
        <w:t>CLÁUSULA 3ª – DO VALOR E FORMA DE PAGAMENTO</w:t>
      </w:r>
    </w:p>
    <w:p>
      <w:r>
        <w:rPr>
          <w:b w:val="0"/>
          <w:sz w:val="20"/>
        </w:rPr>
        <w:t>O valor total da locação é R$ _____________________________ (__________________________ reais), que será pago da seguinte forma: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O não pagamento nas datas ajustadas implicará multa de 10% (dez por cento) sobre o valor devido, acrescida de juros de mora de 1% (um por cento) ao mês.</w:t>
      </w:r>
    </w:p>
    <w:p/>
    <w:p>
      <w:pPr>
        <w:jc w:val="left"/>
      </w:pPr>
      <w:r>
        <w:rPr>
          <w:b/>
          <w:sz w:val="22"/>
        </w:rPr>
        <w:t>CLÁUSULA 4ª – DAS OBRIGAÇÕES DO LOCADOR</w:t>
      </w:r>
    </w:p>
    <w:p>
      <w:r>
        <w:rPr>
          <w:b w:val="0"/>
          <w:sz w:val="20"/>
        </w:rPr>
        <w:t>a) Entregar o imóvel em condições de uso para o fim a que se destina;</w:t>
      </w:r>
    </w:p>
    <w:p>
      <w:r>
        <w:rPr>
          <w:b w:val="0"/>
          <w:sz w:val="20"/>
        </w:rPr>
        <w:t>b) Responder pelos vícios ou defeitos anteriores à locação;</w:t>
      </w:r>
    </w:p>
    <w:p>
      <w:r>
        <w:rPr>
          <w:b w:val="0"/>
          <w:sz w:val="20"/>
        </w:rPr>
        <w:t>c) Garantir o uso pacífico do imóvel durante o período contratado.</w:t>
      </w:r>
    </w:p>
    <w:p/>
    <w:p>
      <w:pPr>
        <w:jc w:val="left"/>
      </w:pPr>
      <w:r>
        <w:rPr>
          <w:b/>
          <w:sz w:val="22"/>
        </w:rPr>
        <w:t>CLÁUSULA 5ª – DAS OBRIGAÇÕES DO LOCATÁRIO</w:t>
      </w:r>
    </w:p>
    <w:p>
      <w:r>
        <w:rPr>
          <w:b w:val="0"/>
          <w:sz w:val="20"/>
        </w:rPr>
        <w:t>a) Utilizar o imóvel exclusivamente para temporada e fins residenciais;</w:t>
      </w:r>
    </w:p>
    <w:p>
      <w:r>
        <w:rPr>
          <w:b w:val="0"/>
          <w:sz w:val="20"/>
        </w:rPr>
        <w:t>b) Zelar pela conservação do imóvel, restituindo-o no estado em que o recebeu, salvo deteriorações decorrentes do uso normal;</w:t>
      </w:r>
    </w:p>
    <w:p>
      <w:r>
        <w:rPr>
          <w:b w:val="0"/>
          <w:sz w:val="20"/>
        </w:rPr>
        <w:t>c) Não ceder, transferir ou sublocar o imóvel, total ou parcialmente, sem consentimento prévio e por escrito do LOCADOR;</w:t>
      </w:r>
    </w:p>
    <w:p>
      <w:r>
        <w:rPr>
          <w:b w:val="0"/>
          <w:sz w:val="20"/>
        </w:rPr>
        <w:t>d) Comunicar imediatamente ao LOCADOR qualquer dano ou necessidade de reparo;</w:t>
      </w:r>
    </w:p>
    <w:p>
      <w:r>
        <w:rPr>
          <w:b w:val="0"/>
          <w:sz w:val="20"/>
        </w:rPr>
        <w:t>e) Cumprir as normas de convivência do condomínio, quando aplicável;</w:t>
      </w:r>
    </w:p>
    <w:p>
      <w:r>
        <w:rPr>
          <w:b w:val="0"/>
          <w:sz w:val="20"/>
        </w:rPr>
        <w:t>f) Pagar pontualmente o valor ajustado e demais encargos previstos no contrato.</w:t>
      </w:r>
    </w:p>
    <w:p/>
    <w:p>
      <w:pPr>
        <w:jc w:val="left"/>
      </w:pPr>
      <w:r>
        <w:rPr>
          <w:b/>
          <w:sz w:val="22"/>
        </w:rPr>
        <w:t>CLÁUSULA 6ª – DA RESCISÃO</w:t>
      </w:r>
    </w:p>
    <w:p>
      <w:r>
        <w:rPr>
          <w:b w:val="0"/>
          <w:sz w:val="20"/>
        </w:rPr>
        <w:t>O presente contrato poderá ser rescindido nas seguintes hipóteses:</w:t>
      </w:r>
    </w:p>
    <w:p>
      <w:r>
        <w:rPr>
          <w:b w:val="0"/>
          <w:sz w:val="20"/>
        </w:rPr>
        <w:t>a) Por acordo entre as partes;</w:t>
      </w:r>
    </w:p>
    <w:p>
      <w:r>
        <w:rPr>
          <w:b w:val="0"/>
          <w:sz w:val="20"/>
        </w:rPr>
        <w:t>b) Por descumprimento de quaisquer cláusulas contratuais;</w:t>
      </w:r>
    </w:p>
    <w:p>
      <w:r>
        <w:rPr>
          <w:b w:val="0"/>
          <w:sz w:val="20"/>
        </w:rPr>
        <w:t>c) Por motivo de força maior que impeça a continuidade da locação.</w:t>
      </w:r>
    </w:p>
    <w:p>
      <w:r>
        <w:rPr>
          <w:b w:val="0"/>
          <w:sz w:val="20"/>
        </w:rPr>
        <w:t>Na hipótese de rescisão imotivada pelo LOCATÁRIO antes do término do prazo, este ficará sujeito ao pagamento de multa correspondente a ____% do valor total do contrato.</w:t>
      </w:r>
    </w:p>
    <w:p/>
    <w:p>
      <w:pPr>
        <w:jc w:val="left"/>
      </w:pPr>
      <w:r>
        <w:rPr>
          <w:b/>
          <w:sz w:val="22"/>
        </w:rPr>
        <w:t>CLÁUSULA 7ª – DAS PENALIDADES</w:t>
      </w:r>
    </w:p>
    <w:p>
      <w:r>
        <w:rPr>
          <w:b w:val="0"/>
          <w:sz w:val="20"/>
        </w:rPr>
        <w:t>O descumprimento de qualquer cláusula deste contrato sujeitará a parte infratora ao pagamento de multa equivalente a ____% do valor total do contrato, sem prejuízo da reparação por perdas e danos.</w:t>
      </w:r>
    </w:p>
    <w:p/>
    <w:p>
      <w:pPr>
        <w:jc w:val="left"/>
      </w:pPr>
      <w:r>
        <w:rPr>
          <w:b/>
          <w:sz w:val="22"/>
        </w:rPr>
        <w:t>CLÁUSULA 8ª – DO ESTADO DO IMÓVEL</w:t>
      </w:r>
    </w:p>
    <w:p>
      <w:r>
        <w:rPr>
          <w:b w:val="0"/>
          <w:sz w:val="20"/>
        </w:rPr>
        <w:t>O LOCATÁRIO declara ter vistoriado o imóvel e o receber nas condições ora contratadas, responsabilizando-se por quaisquer danos causados durante a locação, exceto os decorrentes do uso normal.</w:t>
      </w:r>
    </w:p>
    <w:p/>
    <w:p>
      <w:pPr>
        <w:jc w:val="left"/>
      </w:pPr>
      <w:r>
        <w:rPr>
          <w:b/>
          <w:sz w:val="22"/>
        </w:rPr>
        <w:t>CLÁUSULA 9ª – DAS DESPESAS</w:t>
      </w:r>
    </w:p>
    <w:p>
      <w:r>
        <w:rPr>
          <w:b w:val="0"/>
          <w:sz w:val="20"/>
        </w:rPr>
        <w:t>Todas as despesas ordinárias e extraordinárias referentes ao imóvel durante o período da locação, tais como contas de água, luz, gás, condomínio, IPTU e outras, serão de responsabilidade do LOCATÁRIO.</w:t>
      </w:r>
    </w:p>
    <w:p/>
    <w:p>
      <w:pPr>
        <w:jc w:val="left"/>
      </w:pPr>
      <w:r>
        <w:rPr>
          <w:b/>
          <w:sz w:val="22"/>
        </w:rPr>
        <w:t>CLÁUSULA 10ª – DAS DISPOSIÇÕES GERAIS</w:t>
      </w:r>
    </w:p>
    <w:p>
      <w:r>
        <w:rPr>
          <w:b w:val="0"/>
          <w:sz w:val="20"/>
        </w:rPr>
        <w:t>Este contrato é celebrado em caráter irrevogável e irretratável, obrigando as partes e seus sucessores a cumpri-lo em todos os seus termos.</w:t>
      </w:r>
    </w:p>
    <w:p>
      <w:r>
        <w:rPr>
          <w:b w:val="0"/>
          <w:sz w:val="20"/>
        </w:rPr>
        <w:t>Qualquer alteração deverá ser feita por escrito e assinada por ambas as partes.</w:t>
      </w:r>
    </w:p>
    <w:p/>
    <w:p>
      <w:pPr>
        <w:jc w:val="left"/>
      </w:pPr>
      <w:r>
        <w:rPr>
          <w:b/>
          <w:sz w:val="22"/>
        </w:rPr>
        <w:t>CLÁUSULA 11ª – DO FORO</w:t>
      </w:r>
    </w:p>
    <w:p>
      <w:r>
        <w:rPr>
          <w:b w:val="0"/>
          <w:sz w:val="20"/>
        </w:rPr>
        <w:t>Para dirimir quaisquer controvérsias oriundas deste contrato, as partes elegem o foro da comarca de ________________________________, renunciando a qualquer outro, por mais privilegiado que seja.</w:t>
      </w:r>
    </w:p>
    <w:p/>
    <w:p/>
    <w:p/>
    <w:p>
      <w:pPr>
        <w:jc w:val="center"/>
      </w:pPr>
      <w:r>
        <w:rPr>
          <w:b w:val="0"/>
          <w:sz w:val="20"/>
        </w:rPr>
        <w:t>E por estarem assim justos e contratados, firmam o presente instrumento em 2 (duas) vias de igual teor e forma.</w:t>
      </w:r>
    </w:p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535"/>
        <w:gridCol w:w="4535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 w:val="0"/>
              </w:rPr>
              <w:br/>
              <w:br/>
              <w:br/>
              <w:t>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 w:val="0"/>
              </w:rPr>
              <w:br/>
              <w:br/>
              <w:br/>
              <w:t>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LOCADOR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LOCATÁRIO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 w:val="0"/>
              </w:rPr>
              <w:t>Local: 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 w:val="0"/>
              </w:rPr>
              <w:t>Data: ____/____/______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https://modelo-juris.com/contrato-por-temporada/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contrato-por-temporada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