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TRABALHO TEMPORÁRIO</w:t>
      </w:r>
    </w:p>
    <w:p/>
    <w:p/>
    <w:p>
      <w:r>
        <w:rPr>
          <w:b w:val="0"/>
          <w:sz w:val="20"/>
        </w:rPr>
        <w:t>Pelo presente instrumento particular de contrato de trabalho temporário, de um lado, como EMPREGADOR, __________________________________________, pessoa jurídica de direito privado, inscrita no CNPJ sob nº ____________________, com sede na ____________________________________________________________, representada neste ato por seu representante legal, doravante denominada EMPREGADOR, e, de outro lado, como EMPREGADO TEMPORÁRIO, ______________________________________________________, nacionalidade ____________, estado civil ____________, portador da Carteira de Identidade nº ____________________, CPF nº ____________________, residente e domiciliado na ____________________________________________________________, firmam o presente contrato, que será regido pelas cláusulas seguintes e pela legislação vigente.</w:t>
      </w:r>
    </w:p>
    <w:p/>
    <w:p/>
    <w:p>
      <w:r>
        <w:rPr>
          <w:b/>
          <w:sz w:val="22"/>
        </w:rPr>
        <w:t>CLÁUSULA 1ª – DO OBJETO DO CONTRATO</w:t>
      </w:r>
    </w:p>
    <w:p>
      <w:r>
        <w:rPr>
          <w:b w:val="0"/>
          <w:sz w:val="20"/>
        </w:rPr>
        <w:t>O EMPREGADO TEMPORÁRIO prestará serviços para o EMPREGADOR, desempenhando as funções de _________________________________________, na(s) dependência(s) do EMPREGADOR, conforme as necessidades temporárias e específicas do empregador.</w:t>
      </w:r>
    </w:p>
    <w:p/>
    <w:p>
      <w:r>
        <w:rPr>
          <w:b/>
          <w:sz w:val="22"/>
        </w:rPr>
        <w:t>CLÁUSULA 2ª – DA NATUREZA TEMPORÁRIA DO CONTRATO</w:t>
      </w:r>
    </w:p>
    <w:p>
      <w:r>
        <w:rPr>
          <w:b w:val="0"/>
          <w:sz w:val="20"/>
        </w:rPr>
        <w:t>Este contrato é celebrado por prazo determinado, para atender à necessidade transitória de substituição de pessoal regular e permanente, ou a acréscimo extraordinário de serviços, conforme previsto na Lei nº 6.019/74 e demais legislações aplicáveis.</w:t>
      </w:r>
    </w:p>
    <w:p/>
    <w:p>
      <w:r>
        <w:rPr>
          <w:b/>
          <w:sz w:val="22"/>
        </w:rPr>
        <w:t>CLÁUSULA 3ª – DO PRAZO</w:t>
      </w:r>
    </w:p>
    <w:p>
      <w:r>
        <w:rPr>
          <w:b w:val="0"/>
          <w:sz w:val="20"/>
        </w:rPr>
        <w:t>O prazo deste contrato é de até 180 (cento e oitenta) dias, iniciando-se em ___/___/______ e encerrando-se em ___/___/______, permitida a prorrogação por igual período, desde que comprovada a necessidade temporária.</w:t>
      </w:r>
    </w:p>
    <w:p/>
    <w:p>
      <w:r>
        <w:rPr>
          <w:b/>
          <w:sz w:val="22"/>
        </w:rPr>
        <w:t>CLÁUSULA 4ª – DA JORNADA DE TRABALHO</w:t>
      </w:r>
    </w:p>
    <w:p>
      <w:r>
        <w:rPr>
          <w:b w:val="0"/>
          <w:sz w:val="20"/>
        </w:rPr>
        <w:t>A jornada de trabalho do EMPREGADO TEMPORÁRIO será de ___ (__) horas diárias, totalizando ___ (___) horas semanais, observados os intervalos legais para repouso e alimentação.</w:t>
      </w:r>
    </w:p>
    <w:p/>
    <w:p>
      <w:r>
        <w:rPr>
          <w:b/>
          <w:sz w:val="22"/>
        </w:rPr>
        <w:t>CLÁUSULA 5ª – DA REMUNERAÇÃO</w:t>
      </w:r>
    </w:p>
    <w:p>
      <w:r>
        <w:rPr>
          <w:b w:val="0"/>
          <w:sz w:val="20"/>
        </w:rPr>
        <w:t>O EMPREGADO TEMPORÁRIO receberá, pelo serviço prestado, o salário mensal de R$ _________________________ (__________________________), que será pago até o 5º (quinto) dia útil do mês subsequente ao vencido, mediante depósito em conta bancária indicada pelo empregado.</w:t>
      </w:r>
    </w:p>
    <w:p/>
    <w:p>
      <w:r>
        <w:rPr>
          <w:b/>
          <w:sz w:val="22"/>
        </w:rPr>
        <w:t>CLÁUSULA 6ª – DOS BENEFÍCIOS</w:t>
      </w:r>
    </w:p>
    <w:p>
      <w:r>
        <w:rPr>
          <w:b w:val="0"/>
          <w:sz w:val="20"/>
        </w:rPr>
        <w:t>O EMPREGADO TEMPORÁRIO fará jus aos benefícios previstos na legislação vigente, tais como FGTS, INSS, férias proporcionais, 13º salário proporcional e demais direitos trabalhistas aplicáveis ao contrato temporário.</w:t>
      </w:r>
    </w:p>
    <w:p/>
    <w:p>
      <w:r>
        <w:rPr>
          <w:b/>
          <w:sz w:val="22"/>
        </w:rPr>
        <w:t>CLÁUSULA 7ª – DAS OBRIGAÇÕES DO EMPREGADO TEMPORÁRIO</w:t>
      </w:r>
    </w:p>
    <w:p>
      <w:r>
        <w:rPr>
          <w:b w:val="0"/>
          <w:sz w:val="20"/>
        </w:rPr>
        <w:t>O EMPREGADO TEMPORÁRIO se obriga a cumprir as ordens e regulamentos internos do EMPREGADOR, executar suas atividades com zelo, diligência e responsabilidade, bem como respeitar as normas de segurança, saúde e meio ambiente do trabalho.</w:t>
      </w:r>
    </w:p>
    <w:p/>
    <w:p>
      <w:r>
        <w:rPr>
          <w:b/>
          <w:sz w:val="22"/>
        </w:rPr>
        <w:t>CLÁUSULA 8ª – DAS OBRIGAÇÕES DO EMPREGADOR</w:t>
      </w:r>
    </w:p>
    <w:p>
      <w:r>
        <w:rPr>
          <w:b w:val="0"/>
          <w:sz w:val="20"/>
        </w:rPr>
        <w:t>O EMPREGADOR se compromete a fornecer ao EMPREGADO TEMPORÁRIO as condições necessárias para a execução dos serviços, cumprir com as obrigações legais e contratuais, e respeitar a legislação trabalhista vigente.</w:t>
      </w:r>
    </w:p>
    <w:p/>
    <w:p>
      <w:r>
        <w:rPr>
          <w:b/>
          <w:sz w:val="22"/>
        </w:rPr>
        <w:t>CLÁUSULA 9ª – DA RESCISÃO</w:t>
      </w:r>
    </w:p>
    <w:p>
      <w:r>
        <w:rPr>
          <w:b w:val="0"/>
          <w:sz w:val="20"/>
        </w:rPr>
        <w:t>O presente contrato poderá ser rescindido a qualquer tempo, por qualquer das partes, mediante aviso prévio de 30 (trinta) dias, sem prejuízo do pagamento das verbas rescisórias previstas na legislação.</w:t>
      </w:r>
    </w:p>
    <w:p/>
    <w:p>
      <w:r>
        <w:rPr>
          <w:b/>
          <w:sz w:val="22"/>
        </w:rPr>
        <w:t>CLÁUSULA 10ª – DO FORO</w:t>
      </w:r>
    </w:p>
    <w:p>
      <w:r>
        <w:rPr>
          <w:b w:val="0"/>
          <w:sz w:val="20"/>
        </w:rPr>
        <w:t>Para dirimir quaisquer dúvidas oriundas deste contrato, fica eleito o foro da comarca de ____________________________, com renúncia expressa a qualquer outro, por mais privilegiado que seja.</w:t>
      </w:r>
    </w:p>
    <w:p/>
    <w:p/>
    <w:p/>
    <w:p>
      <w:pPr>
        <w:jc w:val="center"/>
      </w:pPr>
      <w:r>
        <w:rPr>
          <w:b w:val="0"/>
          <w:sz w:val="20"/>
        </w:rPr>
        <w:t>E por estarem assim justos e contratados, firmam o presente instrumento em 2 (duas) vias de igual teor e forma.</w:t>
      </w:r>
    </w:p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Local: ________________________________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Data: ____/____/________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__________________________________________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EMPREGADOR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EMPREGADO TEMPORÁRIO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https://modelo-juris.com/contrato-temporario/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ontrato-temporari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