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DECLARAÇÃO DE ISENÇÃO DE IMPOSTO DE RENDA</w:t>
      </w:r>
    </w:p>
    <w:p/>
    <w:p/>
    <w:p>
      <w:r>
        <w:rPr>
          <w:b w:val="0"/>
          <w:sz w:val="22"/>
        </w:rPr>
        <w:t>Eu, ________________________________________________________________, brasileiro(a), portador(a) do CPF nº ____________________, residente e domiciliado(a) à _________________________________________________________________, declaro para os devidos fins que:</w:t>
      </w:r>
    </w:p>
    <w:p/>
    <w:p>
      <w:pPr>
        <w:ind w:firstLine="425"/>
      </w:pPr>
      <w:r>
        <w:rPr>
          <w:b w:val="0"/>
          <w:sz w:val="22"/>
        </w:rPr>
        <w:t>1. Não recebi rendimentos tributáveis no ano-calendário anterior, ou que, se os recebi, estes não ultrapassaram o limite de isenção estabelecido pela legislação vigente para o Imposto de Renda Pessoa Física;</w:t>
      </w:r>
    </w:p>
    <w:p>
      <w:pPr>
        <w:ind w:firstLine="425"/>
      </w:pPr>
      <w:r>
        <w:rPr>
          <w:b w:val="0"/>
          <w:sz w:val="22"/>
        </w:rPr>
        <w:t>2. Não realizei operações sujeitas à tributação pelo imposto de renda, tais como ganho de capital, alienação de bens ou direitos, ou outras que configurem fato gerador do imposto;</w:t>
      </w:r>
    </w:p>
    <w:p>
      <w:pPr>
        <w:ind w:firstLine="425"/>
      </w:pPr>
      <w:r>
        <w:rPr>
          <w:b w:val="0"/>
          <w:sz w:val="22"/>
        </w:rPr>
        <w:t>3. Estou ciente de que esta declaração é verdadeira e que a apresentação de informações falsas ou omissas sujeitar-me-á às penalidades previstas em lei, inclusive as de natureza criminal;</w:t>
      </w:r>
    </w:p>
    <w:p>
      <w:pPr>
        <w:ind w:firstLine="425"/>
      </w:pPr>
      <w:r>
        <w:rPr>
          <w:b w:val="0"/>
          <w:sz w:val="22"/>
        </w:rPr>
        <w:t>4. Estou ciente, ainda, que a presente declaração será utilizada para fins de comprovação junto à fonte pagadora, dispensando-me da entrega da Declaração de Ajuste Anual do Imposto de Renda Pessoa Física referente ao exercício corrente, conforme dispõe a legislação tributária vigente;</w:t>
      </w:r>
    </w:p>
    <w:p/>
    <w:p/>
    <w:p>
      <w:r>
        <w:rPr>
          <w:b w:val="0"/>
          <w:sz w:val="22"/>
        </w:rPr>
        <w:t>Local: ____________________________________________</w:t>
      </w:r>
    </w:p>
    <w:p>
      <w:r>
        <w:rPr>
          <w:b w:val="0"/>
          <w:sz w:val="22"/>
        </w:rPr>
        <w:t>Data: ____________________________________________</w:t>
      </w:r>
    </w:p>
    <w:p/>
    <w:p/>
    <w:p>
      <w:pPr>
        <w:jc w:val="center"/>
      </w:pPr>
      <w:r>
        <w:rPr>
          <w:b w:val="0"/>
          <w:sz w:val="22"/>
        </w:rPr>
        <w:t>____________________________________________________</w:t>
      </w:r>
    </w:p>
    <w:p>
      <w:pPr>
        <w:jc w:val="center"/>
      </w:pPr>
      <w:r>
        <w:rPr>
          <w:b w:val="0"/>
          <w:sz w:val="22"/>
        </w:rPr>
        <w:t>Assinatura do(a) Declarante</w:t>
      </w:r>
    </w:p>
    <w:p/>
    <w:p/>
    <w:p/>
    <w:p>
      <w:pPr>
        <w:jc w:val="center"/>
      </w:pPr>
      <w:r>
        <w:rPr>
          <w:b w:val="0"/>
          <w:sz w:val="22"/>
        </w:rPr>
        <w:t>Reconheço a firma acima por mim assinada.</w:t>
      </w:r>
    </w:p>
    <w:p/>
    <w:p/>
    <w:p/>
    <w:p>
      <w:pPr>
        <w:jc w:val="center"/>
      </w:pPr>
      <w:r>
        <w:rPr>
          <w:b w:val="0"/>
          <w:sz w:val="22"/>
        </w:rPr>
        <w:t>____________________________________________________</w:t>
      </w:r>
    </w:p>
    <w:p>
      <w:pPr>
        <w:jc w:val="center"/>
      </w:pPr>
      <w:r>
        <w:rPr>
          <w:b w:val="0"/>
          <w:sz w:val="22"/>
        </w:rPr>
        <w:t>Assinatura do Tabelião / Cartório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https://modelo-juris.com/declaracao-de-isencao-de-imposto-de-renda/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https://modelo-juris.com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modelo-juris.com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ris.com/declaracao-de-isencao-de-imposto-de-renda/" TargetMode="External"/><Relationship Id="rId10" Type="http://schemas.openxmlformats.org/officeDocument/2006/relationships/hyperlink" Target="https://modelo-jur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