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RESIDÊNCIA</w:t>
      </w:r>
    </w:p>
    <w:p/>
    <w:p/>
    <w:p>
      <w:pPr>
        <w:jc w:val="both"/>
      </w:pPr>
      <w:r>
        <w:rPr>
          <w:b w:val="0"/>
          <w:sz w:val="22"/>
        </w:rPr>
        <w:t>Eu, ____________________________________________________________, brasileiro(a), portador(a) do RG nº ____________________, inscrito(a) no CPF sob o nº ____________________, residente e domiciliado(a) à Rua/Avenida ____________________________________________________, nº _______, Bairro ____________________, Município de ____________________, Estado ____________________, CEP ________________, declaro para os devidos fins que resido no endereço acima descrito desde ___/___/________, onde mantenho minha residência habitual.</w:t>
      </w:r>
    </w:p>
    <w:p/>
    <w:p>
      <w:pPr>
        <w:jc w:val="both"/>
      </w:pPr>
      <w:r>
        <w:rPr>
          <w:b w:val="0"/>
          <w:sz w:val="22"/>
        </w:rPr>
        <w:t>Declaro, sob as penas da lei, que as informações aqui prestadas são verdadeiras e que esta declaração é feita para comprovação de residência junto a órgãos públicos, instituições financeiras, empresas privadas, ou para quaisquer outras finalidades legais que se fizerem necessárias.</w:t>
      </w:r>
    </w:p>
    <w:p/>
    <w:p>
      <w:pPr>
        <w:jc w:val="both"/>
      </w:pPr>
      <w:r>
        <w:rPr>
          <w:b w:val="0"/>
          <w:sz w:val="22"/>
        </w:rPr>
        <w:t>Estou ciente de que a falsidade desta declaração sujeita-me às sanções civis e penais previstas na legislação vigente, especialmente no artigo 299 do Código Penal Brasileiro (falsidade ideológica).</w:t>
      </w:r>
    </w:p>
    <w:p/>
    <w:p/>
    <w:p>
      <w:pPr>
        <w:jc w:val="center"/>
      </w:pPr>
      <w:r>
        <w:rPr>
          <w:b w:val="0"/>
          <w:sz w:val="22"/>
        </w:rPr>
        <w:t>__________________________, ______ de _________________ de _______.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Assinatura do Declarante</w:t>
      </w:r>
    </w:p>
    <w:p/>
    <w:p/>
    <w:p/>
    <w:p>
      <w:pPr>
        <w:jc w:val="both"/>
      </w:pPr>
      <w:r>
        <w:rPr>
          <w:b/>
          <w:sz w:val="22"/>
        </w:rPr>
        <w:t>Testemunhas:</w:t>
      </w:r>
    </w:p>
    <w:p/>
    <w:p>
      <w:pPr>
        <w:jc w:val="both"/>
      </w:pPr>
      <w:r>
        <w:rPr>
          <w:b w:val="0"/>
          <w:sz w:val="22"/>
        </w:rPr>
        <w:t>1) Nome: _________________________________________________________</w:t>
      </w:r>
    </w:p>
    <w:p>
      <w:pPr>
        <w:jc w:val="both"/>
      </w:pPr>
      <w:r>
        <w:rPr>
          <w:b w:val="0"/>
          <w:sz w:val="22"/>
        </w:rPr>
        <w:t xml:space="preserve">   RG nº: ___________________________   CPF nº: ___________________________</w:t>
      </w:r>
    </w:p>
    <w:p>
      <w:pPr>
        <w:jc w:val="both"/>
      </w:pPr>
      <w:r>
        <w:rPr>
          <w:b w:val="0"/>
          <w:sz w:val="22"/>
        </w:rPr>
        <w:t xml:space="preserve">   Assinatura: ________________________________________________</w:t>
      </w:r>
    </w:p>
    <w:p/>
    <w:p>
      <w:pPr>
        <w:jc w:val="both"/>
      </w:pPr>
      <w:r>
        <w:rPr>
          <w:b w:val="0"/>
          <w:sz w:val="22"/>
        </w:rPr>
        <w:t>2) Nome: _________________________________________________________</w:t>
      </w:r>
    </w:p>
    <w:p>
      <w:pPr>
        <w:jc w:val="both"/>
      </w:pPr>
      <w:r>
        <w:rPr>
          <w:b w:val="0"/>
          <w:sz w:val="22"/>
        </w:rPr>
        <w:t xml:space="preserve">   RG nº: ___________________________   CPF nº: ___________________________</w:t>
      </w:r>
    </w:p>
    <w:p>
      <w:pPr>
        <w:jc w:val="both"/>
      </w:pPr>
      <w:r>
        <w:rPr>
          <w:b w:val="0"/>
          <w:sz w:val="22"/>
        </w:rPr>
        <w:t xml:space="preserve">   Assinatura: ________________________________________________</w:t>
      </w:r>
    </w:p>
    <w:p/>
    <w:p/>
    <w:p>
      <w:pPr>
        <w:jc w:val="center"/>
      </w:pPr>
      <w:r>
        <w:rPr>
          <w:b w:val="0"/>
          <w:sz w:val="22"/>
        </w:rPr>
        <w:t>Observação: Recomenda-se o reconhecimento de firma desta declaração em cartório para maior validade jurídica.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https://modelo-juris.com/declaracao-de-residencia/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declaracao-de-residenci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