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DISTRATO DE CONTRATO DE COMPRA E VENDA</w:t>
      </w:r>
    </w:p>
    <w:p/>
    <w:p/>
    <w:p>
      <w:r>
        <w:rPr>
          <w:b w:val="0"/>
          <w:sz w:val="20"/>
        </w:rPr>
        <w:t>Pelo presente instrumento particular de distrato,</w:t>
      </w:r>
    </w:p>
    <w:p>
      <w:r>
        <w:rPr>
          <w:b w:val="0"/>
          <w:sz w:val="20"/>
        </w:rPr>
        <w:t>De um lado, como VENDEDOR: ____________________________________________________________,</w:t>
      </w:r>
    </w:p>
    <w:p>
      <w:r>
        <w:rPr>
          <w:b w:val="0"/>
          <w:sz w:val="20"/>
        </w:rPr>
        <w:t>nacionalidade: ____________________, estado civil: ____________________, profissão: ____________________,</w:t>
      </w:r>
    </w:p>
    <w:p>
      <w:r>
        <w:rPr>
          <w:b w:val="0"/>
          <w:sz w:val="20"/>
        </w:rPr>
        <w:t>portador(a) do RG nº ____________________, inscrito(a) no CPF sob nº ____________________, residente e domiciliado(a) na ________________________________________________________________,</w:t>
      </w:r>
    </w:p>
    <w:p>
      <w:r>
        <w:rPr>
          <w:b w:val="0"/>
          <w:sz w:val="20"/>
        </w:rPr>
        <w:t>número ____, bairro ____________________, cidade ____________________, estado ________________, CEP ________________.</w:t>
      </w:r>
    </w:p>
    <w:p/>
    <w:p>
      <w:r>
        <w:rPr>
          <w:b w:val="0"/>
          <w:sz w:val="20"/>
        </w:rPr>
        <w:t>De outro lado, como COMPRADOR: ____________________________________________________________,</w:t>
      </w:r>
    </w:p>
    <w:p>
      <w:r>
        <w:rPr>
          <w:b w:val="0"/>
          <w:sz w:val="20"/>
        </w:rPr>
        <w:t>nacionalidade: ____________________, estado civil: ____________________, profissão: ____________________,</w:t>
      </w:r>
    </w:p>
    <w:p>
      <w:r>
        <w:rPr>
          <w:b w:val="0"/>
          <w:sz w:val="20"/>
        </w:rPr>
        <w:t>portador(a) do RG nº ____________________, inscrito(a) no CPF sob nº ____________________, residente e domiciliado(a) na ________________________________________________________________,</w:t>
      </w:r>
    </w:p>
    <w:p>
      <w:r>
        <w:rPr>
          <w:b w:val="0"/>
          <w:sz w:val="20"/>
        </w:rPr>
        <w:t>número ____, bairro ____________________, cidade ____________________, estado ________________, CEP ________________.</w:t>
      </w:r>
    </w:p>
    <w:p/>
    <w:p>
      <w:r>
        <w:rPr>
          <w:b w:val="0"/>
          <w:sz w:val="20"/>
        </w:rPr>
        <w:t>As partes acima identificadas têm entre si, justo e contratado o presente DISTRATO DE CONTRATO DE COMPRA E VENDA,</w:t>
      </w:r>
    </w:p>
    <w:p>
      <w:r>
        <w:rPr>
          <w:b w:val="0"/>
          <w:sz w:val="20"/>
        </w:rPr>
        <w:t>que se regerá pelas cláusulas e condições seguintes:</w:t>
      </w:r>
    </w:p>
    <w:p/>
    <w:p>
      <w:r>
        <w:rPr>
          <w:b/>
          <w:sz w:val="22"/>
        </w:rPr>
        <w:t>CLÁUSULA PRIMEIRA – DO OBJETO</w:t>
      </w:r>
    </w:p>
    <w:p>
      <w:r>
        <w:rPr>
          <w:b w:val="0"/>
          <w:sz w:val="20"/>
        </w:rPr>
        <w:t>O presente distrato tem por objeto a rescisão amigável do Contrato de Compra e Venda celebrado entre as partes,</w:t>
      </w:r>
    </w:p>
    <w:p>
      <w:r>
        <w:rPr>
          <w:b w:val="0"/>
          <w:sz w:val="20"/>
        </w:rPr>
        <w:t>referente ao imóvel situado na ________________________________________________________________,</w:t>
      </w:r>
    </w:p>
    <w:p>
      <w:r>
        <w:rPr>
          <w:b w:val="0"/>
          <w:sz w:val="20"/>
        </w:rPr>
        <w:t>número ____, bairro ____________________, cidade ____________________, estado ________________, inscrição municipal/registro nº ____________________.</w:t>
      </w:r>
    </w:p>
    <w:p/>
    <w:p>
      <w:r>
        <w:rPr>
          <w:b/>
          <w:sz w:val="22"/>
        </w:rPr>
        <w:t>CLÁUSULA SEGUNDA – DAS OBRIGAÇÕES DAS PARTES</w:t>
      </w:r>
    </w:p>
    <w:p>
      <w:r>
        <w:rPr>
          <w:b w:val="0"/>
          <w:sz w:val="20"/>
        </w:rPr>
        <w:t>2.1. O VENDEDOR se compromete a devolver ao COMPRADOR o valor total pago até a presente data,</w:t>
      </w:r>
    </w:p>
    <w:p>
      <w:r>
        <w:rPr>
          <w:b w:val="0"/>
          <w:sz w:val="20"/>
        </w:rPr>
        <w:t>no montante de R$ ____________________________, corrigido conforme acordo entre as partes.</w:t>
      </w:r>
    </w:p>
    <w:p>
      <w:r>
        <w:rPr>
          <w:b w:val="0"/>
          <w:sz w:val="20"/>
        </w:rPr>
        <w:t>2.2. O COMPRADOR declara estar ciente e concorda com a devolução e com a rescisão do contrato original,</w:t>
      </w:r>
    </w:p>
    <w:p>
      <w:r>
        <w:rPr>
          <w:b w:val="0"/>
          <w:sz w:val="20"/>
        </w:rPr>
        <w:t>renunciando a quaisquer direitos ou reivindicações futuras relativas ao referido contrato e imóvel.</w:t>
      </w:r>
    </w:p>
    <w:p/>
    <w:p>
      <w:r>
        <w:rPr>
          <w:b/>
          <w:sz w:val="22"/>
        </w:rPr>
        <w:t>CLÁUSULA TERCEIRA – DA DEVOLUÇÃO E DA QUITAÇÃO</w:t>
      </w:r>
    </w:p>
    <w:p>
      <w:r>
        <w:rPr>
          <w:b w:val="0"/>
          <w:sz w:val="20"/>
        </w:rPr>
        <w:t>3.1. A devolução do valor mencionado será realizada mediante ____________________________________________.</w:t>
      </w:r>
    </w:p>
    <w:p>
      <w:r>
        <w:rPr>
          <w:b w:val="0"/>
          <w:sz w:val="20"/>
        </w:rPr>
        <w:t>3.2. Com a efetivação da devolução, as partes dão-se, reciprocamente, plena, geral e irrevogável quitação,</w:t>
      </w:r>
    </w:p>
    <w:p>
      <w:r>
        <w:rPr>
          <w:b w:val="0"/>
          <w:sz w:val="20"/>
        </w:rPr>
        <w:t>renunciando a quaisquer direitos, ações ou reivindicações decorrentes do contrato rescindido.</w:t>
      </w:r>
    </w:p>
    <w:p/>
    <w:p>
      <w:r>
        <w:rPr>
          <w:b/>
          <w:sz w:val="22"/>
        </w:rPr>
        <w:t>CLÁUSULA QUARTA – DAS RESPONSABILIDADES</w:t>
      </w:r>
    </w:p>
    <w:p>
      <w:r>
        <w:rPr>
          <w:b w:val="0"/>
          <w:sz w:val="20"/>
        </w:rPr>
        <w:t>4.1. As partes respondem, cada uma, pelas obrigações e encargos que lhes competem até a data da assinatura deste distrato.</w:t>
      </w:r>
    </w:p>
    <w:p>
      <w:r>
        <w:rPr>
          <w:b w:val="0"/>
          <w:sz w:val="20"/>
        </w:rPr>
        <w:t>4.2. Fica acordado que eventuais despesas futuras relativas ao imóvel, tais como tributos, taxas e demais encargos,</w:t>
      </w:r>
    </w:p>
    <w:p>
      <w:r>
        <w:rPr>
          <w:b w:val="0"/>
          <w:sz w:val="20"/>
        </w:rPr>
        <w:t>ficarão a cargo do COMPRADOR/VENDEDOR (escolher conforme o caso).</w:t>
      </w:r>
    </w:p>
    <w:p/>
    <w:p>
      <w:r>
        <w:rPr>
          <w:b/>
          <w:sz w:val="22"/>
        </w:rPr>
        <w:t>CLÁUSULA QUINTA – DAS PENALIDADES</w:t>
      </w:r>
    </w:p>
    <w:p>
      <w:r>
        <w:rPr>
          <w:b w:val="0"/>
          <w:sz w:val="20"/>
        </w:rPr>
        <w:t>5.1. Caso qualquer das partes descumpra as obrigações assumidas neste distrato, estará sujeita ao pagamento de multa equivalente a 10% (dez por cento) do valor devolvido,</w:t>
      </w:r>
    </w:p>
    <w:p>
      <w:r>
        <w:rPr>
          <w:b w:val="0"/>
          <w:sz w:val="20"/>
        </w:rPr>
        <w:t>além das perdas e danos que eventualmente forem apurados.</w:t>
      </w:r>
    </w:p>
    <w:p/>
    <w:p>
      <w:r>
        <w:rPr>
          <w:b/>
          <w:sz w:val="22"/>
        </w:rPr>
        <w:t>CLÁUSULA SEXTA – DA RENÚNCIA DE DIREITOS</w:t>
      </w:r>
    </w:p>
    <w:p>
      <w:r>
        <w:rPr>
          <w:b w:val="0"/>
          <w:sz w:val="20"/>
        </w:rPr>
        <w:t>6.1. As partes renunciam expressamente a quaisquer direitos sobre o imóvel objeto do contrato rescindido,</w:t>
      </w:r>
    </w:p>
    <w:p>
      <w:r>
        <w:rPr>
          <w:b w:val="0"/>
          <w:sz w:val="20"/>
        </w:rPr>
        <w:t>bem como a quaisquer reivindicações relativas ao contrato original, seja a que título for.</w:t>
      </w:r>
    </w:p>
    <w:p/>
    <w:p>
      <w:r>
        <w:rPr>
          <w:b/>
          <w:sz w:val="22"/>
        </w:rPr>
        <w:t>CLÁUSULA SÉTIMA – DO FORO</w:t>
      </w:r>
    </w:p>
    <w:p>
      <w:r>
        <w:rPr>
          <w:b w:val="0"/>
          <w:sz w:val="20"/>
        </w:rPr>
        <w:t>7.1. Para dirimir quaisquer controvérsias oriundas do presente distrato, as partes elegem o foro da comarca de ____________________,</w:t>
      </w:r>
    </w:p>
    <w:p>
      <w:r>
        <w:rPr>
          <w:b w:val="0"/>
          <w:sz w:val="20"/>
        </w:rPr>
        <w:t>renunciando a qualquer outro, por mais privilegiado que seja.</w:t>
      </w:r>
    </w:p>
    <w:p/>
    <w:p>
      <w:r>
        <w:rPr>
          <w:b w:val="0"/>
          <w:sz w:val="20"/>
        </w:rPr>
        <w:t>E, por estarem assim justas e contratadas, assinam o presente instrumento em 2 (duas) vias de igual teor e forma,</w:t>
      </w:r>
    </w:p>
    <w:p>
      <w:r>
        <w:rPr>
          <w:b w:val="0"/>
          <w:sz w:val="20"/>
        </w:rPr>
        <w:t>na presença das testemunhas abaixo.</w:t>
      </w:r>
    </w:p>
    <w:p/>
    <w:p>
      <w:r>
        <w:rPr>
          <w:b w:val="0"/>
          <w:sz w:val="20"/>
        </w:rPr>
        <w:t>__________________________________________                __________________________________________</w:t>
      </w:r>
    </w:p>
    <w:p>
      <w:r>
        <w:rPr>
          <w:b/>
          <w:sz w:val="20"/>
        </w:rPr>
        <w:t>VENDEDOR                                                      COMPRADOR</w:t>
      </w:r>
    </w:p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1. Nome: ______________________________________  CPF: __________________________</w:t>
      </w:r>
    </w:p>
    <w:p>
      <w:r>
        <w:rPr>
          <w:b w:val="0"/>
          <w:sz w:val="20"/>
        </w:rPr>
        <w:t>Assinatura: ___________________________________</w:t>
      </w:r>
    </w:p>
    <w:p/>
    <w:p>
      <w:r>
        <w:rPr>
          <w:b w:val="0"/>
          <w:sz w:val="20"/>
        </w:rPr>
        <w:t>2. Nome: ______________________________________  CPF: __________________________</w:t>
      </w:r>
    </w:p>
    <w:p>
      <w:r>
        <w:rPr>
          <w:b w:val="0"/>
          <w:sz w:val="20"/>
        </w:rPr>
        <w:t>Assinatura: 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https://modelo-juris.com/distrato-de-contrato-de-compra-e-venda/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istrato-de-contrato-de-compra-e-vend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