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ESCRITURA PARTICULAR</w:t>
      </w:r>
    </w:p>
    <w:p/>
    <w:p/>
    <w:p>
      <w:r>
        <w:rPr>
          <w:b w:val="0"/>
          <w:sz w:val="20"/>
        </w:rPr>
        <w:t>Pelo presente instrumento particular de Escritura Particular, as partes abaixo qualificadas, têm entre si, justas e contratadas, as cláusulas e condições seguintes, que mutuamente aceitam e outorgam.</w:t>
      </w:r>
    </w:p>
    <w:p/>
    <w:p/>
    <w:p>
      <w:pPr>
        <w:jc w:val="center"/>
      </w:pPr>
      <w:r>
        <w:rPr>
          <w:b/>
          <w:sz w:val="24"/>
        </w:rPr>
        <w:t>OUTORGANTE 1 - QUALIFICAÇÃO</w:t>
      </w:r>
    </w:p>
    <w:p>
      <w:r>
        <w:rPr>
          <w:b w:val="0"/>
          <w:sz w:val="20"/>
        </w:rPr>
        <w:t>Nome: ________________________________________________</w:t>
      </w:r>
    </w:p>
    <w:p>
      <w:r>
        <w:rPr>
          <w:b w:val="0"/>
          <w:sz w:val="20"/>
        </w:rPr>
        <w:t>Nacionalidade: _________________________________________</w:t>
      </w:r>
    </w:p>
    <w:p>
      <w:r>
        <w:rPr>
          <w:b w:val="0"/>
          <w:sz w:val="20"/>
        </w:rPr>
        <w:t>Estado Civil: __________________________________________</w:t>
      </w:r>
    </w:p>
    <w:p>
      <w:r>
        <w:rPr>
          <w:b w:val="0"/>
          <w:sz w:val="20"/>
        </w:rPr>
        <w:t>Profissão: _____________________________________________</w:t>
      </w:r>
    </w:p>
    <w:p>
      <w:r>
        <w:rPr>
          <w:b w:val="0"/>
          <w:sz w:val="20"/>
        </w:rPr>
        <w:t>CPF nº: _______________________________________________</w:t>
      </w:r>
    </w:p>
    <w:p>
      <w:r>
        <w:rPr>
          <w:b w:val="0"/>
          <w:sz w:val="20"/>
        </w:rPr>
        <w:t>RG nº: ________________________________________________</w:t>
      </w:r>
    </w:p>
    <w:p>
      <w:r>
        <w:rPr>
          <w:b w:val="0"/>
          <w:sz w:val="20"/>
        </w:rPr>
        <w:t>Endereço: _____________________________________________</w:t>
      </w:r>
    </w:p>
    <w:p>
      <w:r>
        <w:rPr>
          <w:b w:val="0"/>
          <w:sz w:val="20"/>
        </w:rPr>
        <w:t>_______________________________________________________</w:t>
      </w:r>
    </w:p>
    <w:p/>
    <w:p>
      <w:pPr>
        <w:jc w:val="center"/>
      </w:pPr>
      <w:r>
        <w:rPr>
          <w:b/>
          <w:sz w:val="24"/>
        </w:rPr>
        <w:t>OUTORGANTE 2 - QUALIFICAÇÃO</w:t>
      </w:r>
    </w:p>
    <w:p>
      <w:r>
        <w:rPr>
          <w:b w:val="0"/>
          <w:sz w:val="20"/>
        </w:rPr>
        <w:t>Nome: ________________________________________________</w:t>
      </w:r>
    </w:p>
    <w:p>
      <w:r>
        <w:rPr>
          <w:b w:val="0"/>
          <w:sz w:val="20"/>
        </w:rPr>
        <w:t>Nacionalidade: _________________________________________</w:t>
      </w:r>
    </w:p>
    <w:p>
      <w:r>
        <w:rPr>
          <w:b w:val="0"/>
          <w:sz w:val="20"/>
        </w:rPr>
        <w:t>Estado Civil: __________________________________________</w:t>
      </w:r>
    </w:p>
    <w:p>
      <w:r>
        <w:rPr>
          <w:b w:val="0"/>
          <w:sz w:val="20"/>
        </w:rPr>
        <w:t>Profissão: _____________________________________________</w:t>
      </w:r>
    </w:p>
    <w:p>
      <w:r>
        <w:rPr>
          <w:b w:val="0"/>
          <w:sz w:val="20"/>
        </w:rPr>
        <w:t>CPF nº: _______________________________________________</w:t>
      </w:r>
    </w:p>
    <w:p>
      <w:r>
        <w:rPr>
          <w:b w:val="0"/>
          <w:sz w:val="20"/>
        </w:rPr>
        <w:t>RG nº: ________________________________________________</w:t>
      </w:r>
    </w:p>
    <w:p>
      <w:r>
        <w:rPr>
          <w:b w:val="0"/>
          <w:sz w:val="20"/>
        </w:rPr>
        <w:t>Endereço: _____________________________________________</w:t>
      </w:r>
    </w:p>
    <w:p>
      <w:r>
        <w:rPr>
          <w:b w:val="0"/>
          <w:sz w:val="20"/>
        </w:rPr>
        <w:t>_______________________________________________________</w:t>
      </w:r>
    </w:p>
    <w:p/>
    <w:p/>
    <w:p>
      <w:pPr>
        <w:jc w:val="center"/>
      </w:pPr>
      <w:r>
        <w:rPr>
          <w:b/>
          <w:sz w:val="24"/>
        </w:rPr>
        <w:t>CLÁUSULAS</w:t>
      </w:r>
    </w:p>
    <w:p>
      <w:pPr>
        <w:jc w:val="center"/>
      </w:pPr>
      <w:r>
        <w:rPr>
          <w:b/>
          <w:sz w:val="22"/>
        </w:rPr>
        <w:t>Cláusula 1ª – Do Objeto</w:t>
      </w:r>
    </w:p>
    <w:p>
      <w:r>
        <w:rPr>
          <w:b w:val="0"/>
          <w:sz w:val="20"/>
        </w:rPr>
        <w:t>O presente instrumento tem por objeto a formalização do seguinte acordo/negócio jurídico, cuja descrição completa segue abaixo:</w:t>
      </w:r>
    </w:p>
    <w:p>
      <w:r>
        <w:rPr>
          <w:b w:val="0"/>
          <w:sz w:val="20"/>
        </w:rPr>
        <w:t>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</w:t>
      </w:r>
    </w:p>
    <w:p/>
    <w:p>
      <w:pPr>
        <w:jc w:val="center"/>
      </w:pPr>
      <w:r>
        <w:rPr>
          <w:b/>
          <w:sz w:val="22"/>
        </w:rPr>
        <w:t>Cláusula 2ª – Das Obrigações das Partes</w:t>
      </w:r>
    </w:p>
    <w:p>
      <w:r>
        <w:rPr>
          <w:b w:val="0"/>
          <w:sz w:val="20"/>
        </w:rPr>
        <w:t>As partes se obrigam a cumprir fielmente todas as disposições estabelecidas nesta escritura, sendo suas obrigações as seguintes:</w:t>
      </w:r>
    </w:p>
    <w:p>
      <w:r>
        <w:rPr>
          <w:b w:val="0"/>
          <w:sz w:val="20"/>
        </w:rPr>
        <w:t>a) Outorgante 1: 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b) Outorgante 2: 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/>
    <w:p>
      <w:pPr>
        <w:jc w:val="center"/>
      </w:pPr>
      <w:r>
        <w:rPr>
          <w:b/>
          <w:sz w:val="22"/>
        </w:rPr>
        <w:t>Cláusula 3ª – Do Prazo</w:t>
      </w:r>
    </w:p>
    <w:p>
      <w:r>
        <w:rPr>
          <w:b w:val="0"/>
          <w:sz w:val="20"/>
        </w:rPr>
        <w:t>O presente instrumento terá vigência pelo prazo de ____________________________, contado a partir da data da assinatura deste.</w:t>
      </w:r>
    </w:p>
    <w:p/>
    <w:p>
      <w:pPr>
        <w:jc w:val="center"/>
      </w:pPr>
      <w:r>
        <w:rPr>
          <w:b/>
          <w:sz w:val="22"/>
        </w:rPr>
        <w:t>Cláusula 4ª – Do Valor e Forma de Pagamento</w:t>
      </w:r>
    </w:p>
    <w:p>
      <w:r>
        <w:rPr>
          <w:b w:val="0"/>
          <w:sz w:val="20"/>
        </w:rPr>
        <w:t>O valor ajustado entre as partes para a presente negociação é de R$ ________________________, que será pago da seguinte forma:</w:t>
      </w:r>
    </w:p>
    <w:p>
      <w:r>
        <w:rPr>
          <w:b w:val="0"/>
          <w:sz w:val="20"/>
        </w:rPr>
        <w:t>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</w:t>
      </w:r>
    </w:p>
    <w:p/>
    <w:p>
      <w:pPr>
        <w:jc w:val="center"/>
      </w:pPr>
      <w:r>
        <w:rPr>
          <w:b/>
          <w:sz w:val="22"/>
        </w:rPr>
        <w:t>Cláusula 5ª – Da Rescisão</w:t>
      </w:r>
    </w:p>
    <w:p>
      <w:r>
        <w:rPr>
          <w:b w:val="0"/>
          <w:sz w:val="20"/>
        </w:rPr>
        <w:t>O presente instrumento poderá ser rescindido por qualquer das partes, mediante aviso prévio de _______________________ dias, nas hipóteses previstas em lei ou em comum acordo entre as partes.</w:t>
      </w:r>
    </w:p>
    <w:p/>
    <w:p>
      <w:pPr>
        <w:jc w:val="center"/>
      </w:pPr>
      <w:r>
        <w:rPr>
          <w:b/>
          <w:sz w:val="22"/>
        </w:rPr>
        <w:t>Cláusula 6ª – Das Penalidades</w:t>
      </w:r>
    </w:p>
    <w:p>
      <w:r>
        <w:rPr>
          <w:b w:val="0"/>
          <w:sz w:val="20"/>
        </w:rPr>
        <w:t>O descumprimento das obrigações assumidas por qualquer das partes sujeitará a parte infratora ao pagamento de multa no valor de R$ _____________________, além das perdas e danos cabíveis.</w:t>
      </w:r>
    </w:p>
    <w:p/>
    <w:p>
      <w:pPr>
        <w:jc w:val="center"/>
      </w:pPr>
      <w:r>
        <w:rPr>
          <w:b/>
          <w:sz w:val="22"/>
        </w:rPr>
        <w:t>Cláusula 7ª – Do Foro</w:t>
      </w:r>
    </w:p>
    <w:p>
      <w:r>
        <w:rPr>
          <w:b w:val="0"/>
          <w:sz w:val="20"/>
        </w:rPr>
        <w:t>Para dirimir quaisquer dúvidas ou litígios provenientes deste instrumento, as partes elegem o foro da comarca de __________________________, renunciando a qualquer outro, por mais privilegiado que seja.</w:t>
      </w:r>
    </w:p>
    <w:p/>
    <w:p/>
    <w:p>
      <w:pPr>
        <w:jc w:val="center"/>
      </w:pPr>
      <w:r>
        <w:rPr>
          <w:b w:val="0"/>
          <w:sz w:val="20"/>
        </w:rPr>
        <w:t>E, por estarem assim justas e contratadas, firmam o presente instrumento em 2 (duas) vias de igual teor e forma, para todos os fins de direito.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OUTORGANTE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OUTORGANTE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 nº: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 nº: ____________________________</w:t>
            </w:r>
          </w:p>
        </w:tc>
      </w:tr>
    </w:tbl>
    <w:p/>
    <w:p/>
    <w:p>
      <w:pPr>
        <w:jc w:val="center"/>
      </w:pPr>
      <w:r>
        <w:rPr>
          <w:b/>
          <w:sz w:val="24"/>
        </w:rPr>
        <w:t>TESTEMUNHAS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 nº: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 nº: ______________________________</w:t>
            </w:r>
          </w:p>
        </w:tc>
      </w:tr>
    </w:tbl>
    <w:p/>
    <w:p/>
    <w:p>
      <w:pPr>
        <w:jc w:val="center"/>
      </w:pPr>
      <w:r>
        <w:rPr>
          <w:b w:val="0"/>
          <w:sz w:val="20"/>
        </w:rPr>
        <w:t>Local: ________________________________                Data: ____ / ____ / 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https://modelo-juris.com/escritura-particular/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escritura-particular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