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EXCELENTÍSSIMO(A) SENHOR(A) DOUTOR(A) JUIZ(A) DE DIREITO DA ___ VARA CÍVEL/CRIMINAL/OUTROS DA COMARCA DE ____________________</w:t>
      </w:r>
    </w:p>
    <w:p/>
    <w:p/>
    <w:p>
      <w:pPr>
        <w:jc w:val="center"/>
      </w:pPr>
      <w:r>
        <w:rPr>
          <w:b/>
          <w:sz w:val="20"/>
        </w:rPr>
        <w:t>HABILITAÇÃO NOS AUTOS</w:t>
      </w:r>
    </w:p>
    <w:p/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Requerente/Interessado(a): ___________________________________________________</w:t>
      </w:r>
    </w:p>
    <w:p>
      <w:r>
        <w:rPr>
          <w:b w:val="0"/>
          <w:sz w:val="20"/>
        </w:rPr>
        <w:t>Advogado(a): _______________________________________________________________</w:t>
      </w:r>
    </w:p>
    <w:p>
      <w:r>
        <w:rPr>
          <w:b w:val="0"/>
          <w:sz w:val="20"/>
        </w:rPr>
        <w:t>OAB nº: _______________________ UF: ___________</w:t>
      </w:r>
    </w:p>
    <w:p/>
    <w:p>
      <w:r>
        <w:rPr>
          <w:b w:val="0"/>
          <w:sz w:val="20"/>
        </w:rPr>
        <w:t>Assunto: Habilitação nos autos para fins de acompanhamento e manifestação no presente processo.</w:t>
      </w:r>
    </w:p>
    <w:p/>
    <w:p>
      <w:r>
        <w:rPr>
          <w:b w:val="0"/>
          <w:sz w:val="20"/>
        </w:rPr>
        <w:t>Eu, ____________________________________________, brasileiro(a), estado civil ____________, profissão ____________________, portador(a) do RG nº ____________________, inscrito(a) no CPF sob o nº ____________________, residente e domiciliado(a) à Rua ___________________________________________________, nº _______, Bairro ____________________, CEP ____________, na cidade de ________________________, Estado ________________, venho, respeitosamente, à presença de Vossa Excelência,</w:t>
      </w:r>
    </w:p>
    <w:p/>
    <w:p>
      <w:pPr>
        <w:jc w:val="center"/>
      </w:pPr>
      <w:r>
        <w:rPr>
          <w:b/>
          <w:sz w:val="20"/>
        </w:rPr>
        <w:t>REQUERER</w:t>
      </w:r>
    </w:p>
    <w:p/>
    <w:p>
      <w:r>
        <w:rPr>
          <w:b w:val="0"/>
          <w:sz w:val="20"/>
        </w:rPr>
        <w:t>Minha Habilitação nos autos do processo em epígrafe, para todos os fins de direito, inclusive para receber intimações e praticar todos os atos processuais necessários à defesa de meus interesses, nos termos do artigo 10 do Código de Processo Civil e demais legislações aplicáveis.</w:t>
      </w:r>
    </w:p>
    <w:p/>
    <w:p>
      <w:r>
        <w:rPr>
          <w:b w:val="0"/>
          <w:sz w:val="20"/>
        </w:rPr>
        <w:t>Justifico minha habilitação pelo fato de que sou parte interessada no resultado da demanda, conforme documentação anexa (se houver).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Local: _____________________________</w:t>
      </w:r>
    </w:p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Nome do Requerente/Interessado</w:t>
      </w:r>
    </w:p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Assinatura</w:t>
      </w:r>
    </w:p>
    <w:p/>
    <w:p>
      <w:r>
        <w:rPr>
          <w:b w:val="0"/>
          <w:sz w:val="20"/>
        </w:rPr>
        <w:t>Advogado(a): ________________________________</w:t>
      </w:r>
    </w:p>
    <w:p>
      <w:r>
        <w:rPr>
          <w:b w:val="0"/>
          <w:sz w:val="20"/>
        </w:rPr>
        <w:t>OAB nº: 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https://modelo-juris.com/habilitacao-nos-autos/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habilitacao-nos-aut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