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INTIMAÇÃO DE TESTEMUNHA</w:t>
      </w:r>
    </w:p>
    <w:p/>
    <w:p/>
    <w:p>
      <w:pPr>
        <w:jc w:val="both"/>
      </w:pPr>
      <w:r>
        <w:rPr>
          <w:b/>
          <w:i w:val="0"/>
          <w:sz w:val="22"/>
        </w:rPr>
        <w:t>EXCELENTÍSSIMO(A) SENHOR(A) DOUTOR(A) JUIZ(A) DA ___ VARA DO TRABALHO DE __________________________</w:t>
      </w:r>
    </w:p>
    <w:p/>
    <w:p/>
    <w:p>
      <w:pPr>
        <w:jc w:val="both"/>
      </w:pPr>
      <w:r>
        <w:rPr>
          <w:b/>
          <w:i w:val="0"/>
          <w:sz w:val="22"/>
        </w:rPr>
        <w:t>Processo nº: ________________________________________________</w:t>
      </w:r>
    </w:p>
    <w:p/>
    <w:p>
      <w:pPr>
        <w:jc w:val="both"/>
      </w:pPr>
      <w:r>
        <w:rPr>
          <w:b/>
          <w:i w:val="0"/>
          <w:sz w:val="22"/>
        </w:rPr>
        <w:t>Reclamante: ________________________________________________________________</w:t>
      </w:r>
    </w:p>
    <w:p>
      <w:pPr>
        <w:jc w:val="both"/>
      </w:pPr>
      <w:r>
        <w:rPr>
          <w:b/>
          <w:i w:val="0"/>
          <w:sz w:val="22"/>
        </w:rPr>
        <w:t>Reclamada: _________________________________________________________________</w:t>
      </w:r>
    </w:p>
    <w:p/>
    <w:p/>
    <w:p>
      <w:pPr>
        <w:jc w:val="both"/>
      </w:pPr>
      <w:r>
        <w:rPr>
          <w:b/>
          <w:i w:val="0"/>
          <w:sz w:val="22"/>
        </w:rPr>
        <w:t>Testemunha: 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Endereço: _________________________________________________________________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RG nº: __________________________   CPF nº: _____________________________</w:t>
      </w:r>
    </w:p>
    <w:p>
      <w:pPr>
        <w:jc w:val="both"/>
      </w:pPr>
      <w:r>
        <w:rPr>
          <w:b w:val="0"/>
          <w:i w:val="0"/>
          <w:sz w:val="22"/>
        </w:rPr>
        <w:t>Telefone: _________________________  E-mail: ______________________________</w:t>
      </w:r>
    </w:p>
    <w:p/>
    <w:p/>
    <w:p>
      <w:pPr>
        <w:jc w:val="both"/>
      </w:pPr>
      <w:r>
        <w:rPr>
          <w:b w:val="0"/>
          <w:i w:val="0"/>
          <w:sz w:val="22"/>
        </w:rPr>
        <w:t>O(A) Senhor(a) acima qualificado(a), na qualidade de testemunha no processo trabalhista em epígrafe, fica INTIMADO(A) a comparecer perante este juízo, localizado na _______________________________________________________________, no dia ___ de ____________________ de ________, às _____ horas, para prestar depoimento na audiência designada, sob as penas da lei.</w:t>
      </w:r>
    </w:p>
    <w:p/>
    <w:p>
      <w:pPr>
        <w:jc w:val="both"/>
      </w:pPr>
      <w:r>
        <w:rPr>
          <w:b w:val="0"/>
          <w:i w:val="0"/>
          <w:sz w:val="22"/>
        </w:rPr>
        <w:t>Fica advertido(a) que a ausência injustificada poderá acarretar as sanções previstas no artigo 218 do Código de Processo Civil, sem prejuízo das demais medidas legais cabíveis.</w:t>
      </w:r>
    </w:p>
    <w:p/>
    <w:p/>
    <w:p>
      <w:pPr>
        <w:jc w:val="both"/>
      </w:pPr>
      <w:r>
        <w:rPr>
          <w:b w:val="0"/>
          <w:i w:val="0"/>
          <w:sz w:val="22"/>
        </w:rPr>
        <w:t>Local e data: _______________________________________________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do(a) Intimado(a) Testemunha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 Advogado / Representante Legal</w:t>
      </w:r>
    </w:p>
    <w:p>
      <w:pPr>
        <w:jc w:val="center"/>
      </w:pPr>
      <w:r>
        <w:rPr>
          <w:b w:val="0"/>
          <w:i w:val="0"/>
          <w:sz w:val="22"/>
        </w:rPr>
        <w:t>OAB/UF nº: ______________________________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do(a) Servidor(a) que Expediu</w:t>
      </w:r>
    </w:p>
    <w:p>
      <w:pPr>
        <w:jc w:val="center"/>
      </w:pPr>
      <w:r>
        <w:rPr>
          <w:b w:val="0"/>
          <w:i w:val="0"/>
          <w:sz w:val="22"/>
        </w:rPr>
        <w:t>Cargo: 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https://modelo-juris.com/intimacao-testemunha/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intimacao-testemunh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