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NOTIFICAÇÃO EXTRAJUDICIAL DE DESOCUPAÇÃO DE IMÓVEL</w:t>
      </w:r>
    </w:p>
    <w:p/>
    <w:p/>
    <w:p>
      <w:r>
        <w:rPr>
          <w:b w:val="0"/>
          <w:i w:val="0"/>
          <w:sz w:val="22"/>
        </w:rPr>
        <w:t>À</w:t>
      </w:r>
    </w:p>
    <w:p>
      <w:r>
        <w:rPr>
          <w:b w:val="0"/>
          <w:i w:val="0"/>
          <w:sz w:val="22"/>
        </w:rPr>
        <w:t>Sr(a). 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</w:t>
      </w:r>
    </w:p>
    <w:p>
      <w:r>
        <w:rPr>
          <w:b w:val="0"/>
          <w:i w:val="0"/>
          <w:sz w:val="22"/>
        </w:rPr>
        <w:t>CEP: _______________  Cidade: ___________________________</w:t>
      </w:r>
    </w:p>
    <w:p>
      <w:r>
        <w:rPr>
          <w:b w:val="0"/>
          <w:i w:val="0"/>
          <w:sz w:val="22"/>
        </w:rPr>
        <w:t>Estado: ________________________</w:t>
      </w:r>
    </w:p>
    <w:p/>
    <w:p/>
    <w:p>
      <w:r>
        <w:rPr>
          <w:b w:val="0"/>
          <w:i w:val="0"/>
          <w:sz w:val="22"/>
        </w:rPr>
        <w:t>Local: ___________________________         Data: ____/____/________</w:t>
      </w:r>
    </w:p>
    <w:p/>
    <w:p/>
    <w:p>
      <w:r>
        <w:rPr>
          <w:b w:val="0"/>
          <w:i w:val="0"/>
          <w:sz w:val="22"/>
        </w:rPr>
        <w:t>Prezado(a) Senhor(a),</w:t>
      </w:r>
    </w:p>
    <w:p/>
    <w:p>
      <w:r>
        <w:rPr>
          <w:b w:val="0"/>
          <w:i w:val="0"/>
          <w:sz w:val="22"/>
        </w:rPr>
        <w:t>Na qualidade de locador(a) do imóvel situado à ________________________________________________, venho por meio desta notificá-lo(a) para que desocupe o referido imóvel no prazo máximo de 30 (trinta) dias corridos, contados do recebimento desta notificação, conforme previsto na legislação vigente e no contrato de locação firmado entre as partes.</w:t>
      </w:r>
    </w:p>
    <w:p/>
    <w:p>
      <w:r>
        <w:rPr>
          <w:b w:val="0"/>
          <w:i w:val="0"/>
          <w:sz w:val="22"/>
        </w:rPr>
        <w:t>A presente notificação se faz necessária devido a ________________________________________________ (exemplo: atraso no pagamento do aluguel, término do contrato, necessidade de uso próprio, infração contratual, etc.), situação que impede a continuidade da locação nas condições atuais.</w:t>
      </w:r>
    </w:p>
    <w:p/>
    <w:p>
      <w:r>
        <w:rPr>
          <w:b w:val="0"/>
          <w:i w:val="0"/>
          <w:sz w:val="22"/>
        </w:rPr>
        <w:t>Ressalto que, caso não ocorra a desocupação voluntária do imóvel no prazo concedido, serão adotadas as medidas judiciais cabíveis para retomada do imóvel, com a aplicação das penalidades previstas em lei e no contrato.</w:t>
      </w:r>
    </w:p>
    <w:p/>
    <w:p>
      <w:r>
        <w:rPr>
          <w:b w:val="0"/>
          <w:i w:val="0"/>
          <w:sz w:val="22"/>
        </w:rPr>
        <w:t>Solicito, portanto, que providencie a entrega das chaves do imóvel no endereço supracitado, junto com a desocupação completa e a entrega do imóvel em condições adequadas, conforme vistoria inicial.</w:t>
      </w:r>
    </w:p>
    <w:p/>
    <w:p/>
    <w:p>
      <w:r>
        <w:rPr>
          <w:b w:val="0"/>
          <w:i w:val="0"/>
          <w:sz w:val="22"/>
        </w:rPr>
        <w:t>Sem mais para o momento, coloco-me à disposição para esclarecimentos.</w:t>
      </w:r>
    </w:p>
    <w:p/>
    <w:p/>
    <w:p/>
    <w:p>
      <w:pPr>
        <w:jc w:val="center"/>
      </w:pPr>
      <w:r>
        <w:rPr>
          <w:b w:val="0"/>
          <w:i w:val="0"/>
          <w:sz w:val="22"/>
        </w:rPr>
        <w:t>Atenciosamente,</w:t>
      </w:r>
    </w:p>
    <w:p/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Nome do(a) Notificante / Locador(a)</w:t>
      </w:r>
    </w:p>
    <w:p>
      <w:pPr>
        <w:jc w:val="center"/>
      </w:pPr>
      <w:r>
        <w:rPr>
          <w:b w:val="0"/>
          <w:i w:val="0"/>
          <w:sz w:val="22"/>
        </w:rPr>
        <w:t>CPF/CNPJ: ______________________________________________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Endereço: ______________________________________________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Telefone: ______________________________________________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E-mail: ________________________________________________</w:t>
      </w:r>
    </w:p>
    <w:p/>
    <w:p/>
    <w:p/>
    <w:p>
      <w:r>
        <w:rPr>
          <w:b/>
          <w:i w:val="0"/>
          <w:sz w:val="22"/>
        </w:rPr>
        <w:t>Recebi a presente notificação em ____/____/________.</w:t>
      </w:r>
    </w:p>
    <w:p/>
    <w:p/>
    <w:p>
      <w:r>
        <w:rPr>
          <w:b w:val="0"/>
          <w:i w:val="0"/>
          <w:sz w:val="22"/>
        </w:rPr>
        <w:t>________________________________________________________</w:t>
      </w:r>
    </w:p>
    <w:p>
      <w:r>
        <w:rPr>
          <w:b w:val="0"/>
          <w:i w:val="0"/>
          <w:sz w:val="22"/>
        </w:rPr>
        <w:t>Assinatura do(a) Notificado(a)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https://modelo-juris.com/notificacao-de-desocupacao-de-imovel/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notificacao-de-desocupacao-de-imovel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