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EXCELENTÍSSIMO(A) SENHOR(A) DOUTOR(A) JUIZ(A) DA ___ VARA DO TRABALHO DE PIRACICABA - SP</w:t>
      </w:r>
    </w:p>
    <w:p/>
    <w:p/>
    <w:p>
      <w:r>
        <w:rPr>
          <w:b/>
          <w:i w:val="0"/>
          <w:sz w:val="20"/>
        </w:rPr>
        <w:t>RECLAMANTE:</w:t>
      </w:r>
    </w:p>
    <w:p>
      <w:r>
        <w:rPr>
          <w:b w:val="0"/>
          <w:i w:val="0"/>
          <w:sz w:val="20"/>
        </w:rPr>
        <w:t>Nome: _______________________________________________________________</w:t>
      </w:r>
    </w:p>
    <w:p>
      <w:r>
        <w:rPr>
          <w:b w:val="0"/>
          <w:i w:val="0"/>
          <w:sz w:val="20"/>
        </w:rPr>
        <w:t>Nacionalidade: ______________________________________________________</w:t>
      </w:r>
    </w:p>
    <w:p>
      <w:r>
        <w:rPr>
          <w:b w:val="0"/>
          <w:i w:val="0"/>
          <w:sz w:val="20"/>
        </w:rPr>
        <w:t>Estado Civil: ________________________________________________________</w:t>
      </w:r>
    </w:p>
    <w:p>
      <w:r>
        <w:rPr>
          <w:b w:val="0"/>
          <w:i w:val="0"/>
          <w:sz w:val="20"/>
        </w:rPr>
        <w:t>Profissão: __________________________________________________________</w:t>
      </w:r>
    </w:p>
    <w:p>
      <w:r>
        <w:rPr>
          <w:b w:val="0"/>
          <w:i w:val="0"/>
          <w:sz w:val="20"/>
        </w:rPr>
        <w:t>Documento de Identidade (RG): ________________________________________</w:t>
      </w:r>
    </w:p>
    <w:p>
      <w:r>
        <w:rPr>
          <w:b w:val="0"/>
          <w:i w:val="0"/>
          <w:sz w:val="20"/>
        </w:rPr>
        <w:t>CPF: ________________________________________________________________</w:t>
      </w:r>
    </w:p>
    <w:p>
      <w:r>
        <w:rPr>
          <w:b w:val="0"/>
          <w:i w:val="0"/>
          <w:sz w:val="20"/>
        </w:rPr>
        <w:t>CTPS nº: ______________ Série: __________ UF: ________</w:t>
      </w:r>
    </w:p>
    <w:p>
      <w:r>
        <w:rPr>
          <w:b w:val="0"/>
          <w:i w:val="0"/>
          <w:sz w:val="20"/>
        </w:rPr>
        <w:t>PIS/PASEP: __________________________________________________________</w:t>
      </w:r>
    </w:p>
    <w:p>
      <w:r>
        <w:rPr>
          <w:b w:val="0"/>
          <w:i w:val="0"/>
          <w:sz w:val="20"/>
        </w:rPr>
        <w:t>Data de Nascimento: ___/___/_____</w:t>
      </w:r>
    </w:p>
    <w:p>
      <w:r>
        <w:rPr>
          <w:b w:val="0"/>
          <w:i w:val="0"/>
          <w:sz w:val="20"/>
        </w:rPr>
        <w:t>Endereço Completo: _________________________________________________</w:t>
      </w:r>
    </w:p>
    <w:p>
      <w:r>
        <w:rPr>
          <w:b w:val="0"/>
          <w:i w:val="0"/>
          <w:sz w:val="20"/>
        </w:rPr>
        <w:t>Telefone: ___________________________________________________________</w:t>
      </w:r>
    </w:p>
    <w:p>
      <w:r>
        <w:rPr>
          <w:b w:val="0"/>
          <w:i w:val="0"/>
          <w:sz w:val="20"/>
        </w:rPr>
        <w:t>E-mail: _____________________________________________________________</w:t>
      </w:r>
    </w:p>
    <w:p/>
    <w:p/>
    <w:p>
      <w:r>
        <w:rPr>
          <w:b/>
          <w:i w:val="0"/>
          <w:sz w:val="20"/>
        </w:rPr>
        <w:t>RECLAMADA:</w:t>
      </w:r>
    </w:p>
    <w:p>
      <w:r>
        <w:rPr>
          <w:b w:val="0"/>
          <w:i w:val="0"/>
          <w:sz w:val="20"/>
        </w:rPr>
        <w:t>Nome / Razão Social: ________________________________________________</w:t>
      </w:r>
    </w:p>
    <w:p>
      <w:r>
        <w:rPr>
          <w:b w:val="0"/>
          <w:i w:val="0"/>
          <w:sz w:val="20"/>
        </w:rPr>
        <w:t>CNPJ: ______________________________________________________________</w:t>
      </w:r>
    </w:p>
    <w:p>
      <w:r>
        <w:rPr>
          <w:b w:val="0"/>
          <w:i w:val="0"/>
          <w:sz w:val="20"/>
        </w:rPr>
        <w:t>Inscrição Estadual: _________________________________________________</w:t>
      </w:r>
    </w:p>
    <w:p>
      <w:r>
        <w:rPr>
          <w:b w:val="0"/>
          <w:i w:val="0"/>
          <w:sz w:val="20"/>
        </w:rPr>
        <w:t>Endereço Completo: _________________________________________________</w:t>
      </w:r>
    </w:p>
    <w:p>
      <w:r>
        <w:rPr>
          <w:b w:val="0"/>
          <w:i w:val="0"/>
          <w:sz w:val="20"/>
        </w:rPr>
        <w:t>Ramo de Atividade: _________________________________________________</w:t>
      </w:r>
    </w:p>
    <w:p/>
    <w:p/>
    <w:p>
      <w:r>
        <w:rPr>
          <w:b/>
          <w:sz w:val="22"/>
        </w:rPr>
        <w:t>I - DOS FATOS</w:t>
      </w:r>
    </w:p>
    <w:p/>
    <w:p>
      <w:r>
        <w:rPr>
          <w:b w:val="0"/>
          <w:i/>
          <w:sz w:val="20"/>
        </w:rPr>
        <w:t>1. O Reclamante foi admitido pela Reclamada em ___/___/____ e dispensado em ___/___/____.</w:t>
      </w:r>
    </w:p>
    <w:p>
      <w:r>
        <w:rPr>
          <w:b w:val="0"/>
          <w:i/>
          <w:sz w:val="20"/>
        </w:rPr>
        <w:t>2. Durante o contrato, exerceu a função de __________________________________, recebendo último salário de R$ ____________.</w:t>
      </w:r>
    </w:p>
    <w:p>
      <w:r>
        <w:rPr>
          <w:b w:val="0"/>
          <w:i/>
          <w:sz w:val="20"/>
        </w:rPr>
        <w:t>3. A jornada de trabalho era das ___h às ___h, com intervalo intrajornada de ______ minutos.</w:t>
      </w:r>
    </w:p>
    <w:p>
      <w:r>
        <w:rPr>
          <w:b/>
          <w:i w:val="0"/>
          <w:sz w:val="20"/>
        </w:rPr>
        <w:t>4. Houve o descumprimento das obrigações trabalhistas, tais como:</w:t>
      </w:r>
    </w:p>
    <w:p>
      <w:r>
        <w:rPr>
          <w:b w:val="0"/>
          <w:i w:val="0"/>
          <w:sz w:val="20"/>
        </w:rPr>
        <w:t>- Não pagamento de horas extras e seus reflexos;</w:t>
      </w:r>
    </w:p>
    <w:p>
      <w:r>
        <w:rPr>
          <w:b w:val="0"/>
          <w:i w:val="0"/>
          <w:sz w:val="20"/>
        </w:rPr>
        <w:t>- Falta de recolhimento correto do FGTS;</w:t>
      </w:r>
    </w:p>
    <w:p>
      <w:r>
        <w:rPr>
          <w:b w:val="0"/>
          <w:i w:val="0"/>
          <w:sz w:val="20"/>
        </w:rPr>
        <w:t>- Ausência do pagamento de verbas rescisórias na forma da lei;</w:t>
      </w:r>
    </w:p>
    <w:p>
      <w:r>
        <w:rPr>
          <w:b w:val="0"/>
          <w:i w:val="0"/>
          <w:sz w:val="20"/>
        </w:rPr>
        <w:t>- Outras irregularidades: ___________________________________________.</w:t>
      </w:r>
    </w:p>
    <w:p/>
    <w:p>
      <w:r>
        <w:rPr>
          <w:b/>
          <w:sz w:val="22"/>
        </w:rPr>
        <w:t>II - DO DIREITO</w:t>
      </w:r>
    </w:p>
    <w:p/>
    <w:p>
      <w:r>
        <w:rPr>
          <w:b/>
          <w:i w:val="0"/>
          <w:sz w:val="20"/>
        </w:rPr>
        <w:t>1. O Reclamante fundamenta suas pretensões nas disposições da Consolidação das Leis do Trabalho (CLT), especialmente nos artigos:</w:t>
      </w:r>
    </w:p>
    <w:p>
      <w:r>
        <w:rPr>
          <w:b w:val="0"/>
          <w:i w:val="0"/>
          <w:sz w:val="20"/>
        </w:rPr>
        <w:t>_______________________________________________________________.</w:t>
      </w:r>
    </w:p>
    <w:p/>
    <w:p>
      <w:r>
        <w:rPr>
          <w:b/>
          <w:i w:val="0"/>
          <w:sz w:val="20"/>
        </w:rPr>
        <w:t>2. Aplicam-se também as Súmulas e Orientações Jurisprudenciais do Tribunal Superior do Trabalho, tais como:</w:t>
      </w:r>
    </w:p>
    <w:p>
      <w:r>
        <w:rPr>
          <w:b w:val="0"/>
          <w:i w:val="0"/>
          <w:sz w:val="20"/>
        </w:rPr>
        <w:t>_______________________________________________________________.</w:t>
      </w:r>
    </w:p>
    <w:p/>
    <w:p>
      <w:r>
        <w:rPr>
          <w:b w:val="0"/>
          <w:i/>
          <w:sz w:val="20"/>
        </w:rPr>
        <w:t>3. Ademais, incidem as normas previstas na Convenção Coletiva de Trabalho da categoria, conforme documento anexo.</w:t>
      </w:r>
    </w:p>
    <w:p/>
    <w:p>
      <w:r>
        <w:rPr>
          <w:b/>
          <w:sz w:val="22"/>
        </w:rPr>
        <w:t>III - DOS PEDIDOS</w:t>
      </w:r>
    </w:p>
    <w:p/>
    <w:p>
      <w:r>
        <w:rPr>
          <w:b/>
          <w:i w:val="0"/>
          <w:sz w:val="20"/>
        </w:rPr>
        <w:t>Diante do exposto, requer:</w:t>
      </w:r>
    </w:p>
    <w:p>
      <w:r>
        <w:rPr>
          <w:b w:val="0"/>
          <w:i/>
          <w:sz w:val="20"/>
        </w:rPr>
        <w:t>1. A citação da Reclamada para que, querendo, apresente defesa no prazo legal, sob pena de revelia e confissão quanto à matéria de fato;</w:t>
      </w:r>
    </w:p>
    <w:p>
      <w:r>
        <w:rPr>
          <w:b w:val="0"/>
          <w:i/>
          <w:sz w:val="20"/>
        </w:rPr>
        <w:t>2. A condenação da Reclamada ao pagamento das seguintes verbas trabalhistas:</w:t>
      </w:r>
    </w:p>
    <w:p>
      <w:r>
        <w:rPr>
          <w:b w:val="0"/>
          <w:i w:val="0"/>
          <w:sz w:val="20"/>
        </w:rPr>
        <w:t>- Horas extras e reflexos em repousos e feriados;</w:t>
      </w:r>
    </w:p>
    <w:p>
      <w:r>
        <w:rPr>
          <w:b w:val="0"/>
          <w:i w:val="0"/>
          <w:sz w:val="20"/>
        </w:rPr>
        <w:t>- Adicional noturno;</w:t>
      </w:r>
    </w:p>
    <w:p>
      <w:r>
        <w:rPr>
          <w:b w:val="0"/>
          <w:i w:val="0"/>
          <w:sz w:val="20"/>
        </w:rPr>
        <w:t>- Férias proporcionais acrescidas de 1/3 constitucional;</w:t>
      </w:r>
    </w:p>
    <w:p>
      <w:r>
        <w:rPr>
          <w:b w:val="0"/>
          <w:i w:val="0"/>
          <w:sz w:val="20"/>
        </w:rPr>
        <w:t>- 13º salário proporcional;</w:t>
      </w:r>
    </w:p>
    <w:p>
      <w:r>
        <w:rPr>
          <w:b w:val="0"/>
          <w:i w:val="0"/>
          <w:sz w:val="20"/>
        </w:rPr>
        <w:t>- Saldo de salário;</w:t>
      </w:r>
    </w:p>
    <w:p>
      <w:r>
        <w:rPr>
          <w:b w:val="0"/>
          <w:i w:val="0"/>
          <w:sz w:val="20"/>
        </w:rPr>
        <w:t>- Multa de 40% sobre o FGTS;</w:t>
      </w:r>
    </w:p>
    <w:p>
      <w:r>
        <w:rPr>
          <w:b w:val="0"/>
          <w:i w:val="0"/>
          <w:sz w:val="20"/>
        </w:rPr>
        <w:t>- Multas previstas nos artigos 467 e 477 da CLT;</w:t>
      </w:r>
    </w:p>
    <w:p>
      <w:r>
        <w:rPr>
          <w:b w:val="0"/>
          <w:i w:val="0"/>
          <w:sz w:val="20"/>
        </w:rPr>
        <w:t>- Indenização por danos morais, se cabível;</w:t>
      </w:r>
    </w:p>
    <w:p>
      <w:r>
        <w:rPr>
          <w:b w:val="0"/>
          <w:i w:val="0"/>
          <w:sz w:val="20"/>
        </w:rPr>
        <w:t>- Outras verbas decorrentes da legislação trabalhista e convenção coletiva aplicável.</w:t>
      </w:r>
    </w:p>
    <w:p/>
    <w:p>
      <w:r>
        <w:rPr>
          <w:b w:val="0"/>
          <w:i/>
          <w:sz w:val="20"/>
        </w:rPr>
        <w:t>3. A expedição das guias para levantamento do FGTS e habilitação no seguro-desemprego;</w:t>
      </w:r>
    </w:p>
    <w:p>
      <w:r>
        <w:rPr>
          <w:b w:val="0"/>
          <w:i/>
          <w:sz w:val="20"/>
        </w:rPr>
        <w:t>4. A produção de todas as provas admitidas em direito, especialmente documental, testemunhal e pericial, se necessário;</w:t>
      </w:r>
    </w:p>
    <w:p>
      <w:r>
        <w:rPr>
          <w:b w:val="0"/>
          <w:i/>
          <w:sz w:val="20"/>
        </w:rPr>
        <w:t>5. A concessão dos benefícios da justiça gratuita, por não possuir condições de arcar com as custas do processo sem prejuízo do seu sustento;</w:t>
      </w:r>
    </w:p>
    <w:p>
      <w:r>
        <w:rPr>
          <w:b w:val="0"/>
          <w:i w:val="0"/>
          <w:sz w:val="20"/>
        </w:rPr>
        <w:t>6. A condenação da Reclamada ao pagamento de honorários advocatícios;</w:t>
      </w:r>
    </w:p>
    <w:p>
      <w:r>
        <w:rPr>
          <w:b w:val="0"/>
          <w:i/>
          <w:sz w:val="20"/>
        </w:rPr>
        <w:t>7. A aplicação do artigo 523 do CPC para pagamento voluntário em caso de condenação;</w:t>
      </w:r>
    </w:p>
    <w:p/>
    <w:p>
      <w:r>
        <w:rPr>
          <w:b/>
          <w:sz w:val="22"/>
        </w:rPr>
        <w:t>IV - DO VALOR DA CAUSA</w:t>
      </w:r>
    </w:p>
    <w:p/>
    <w:p>
      <w:r>
        <w:rPr>
          <w:b w:val="0"/>
          <w:i/>
          <w:sz w:val="20"/>
        </w:rPr>
        <w:t>Dá-se à presente causa o valor de R$ __________________________ (valor para fins fiscais).</w:t>
      </w:r>
    </w:p>
    <w:p/>
    <w:p/>
    <w:p>
      <w:r>
        <w:rPr>
          <w:b w:val="0"/>
          <w:i w:val="0"/>
          <w:sz w:val="20"/>
        </w:rPr>
        <w:t>Nestes termos,</w:t>
      </w:r>
    </w:p>
    <w:p>
      <w:r>
        <w:rPr>
          <w:b w:val="0"/>
          <w:i w:val="0"/>
          <w:sz w:val="20"/>
        </w:rPr>
        <w:t>Pede deferimento.</w:t>
      </w:r>
    </w:p>
    <w:p/>
    <w:p/>
    <w:p/>
    <w:p>
      <w:r>
        <w:rPr>
          <w:b w:val="0"/>
          <w:i w:val="0"/>
          <w:sz w:val="20"/>
        </w:rPr>
        <w:t>Piracicaba, ______ de ____________________ de _______.</w:t>
      </w:r>
    </w:p>
    <w:p/>
    <w:p/>
    <w:p/>
    <w:p>
      <w:pPr>
        <w:jc w:val="center"/>
      </w:pPr>
      <w:r>
        <w:rPr>
          <w:b w:val="0"/>
          <w:i w:val="0"/>
          <w:sz w:val="20"/>
        </w:rPr>
        <w:t>_________________________________________</w:t>
      </w:r>
    </w:p>
    <w:p>
      <w:pPr>
        <w:jc w:val="center"/>
      </w:pPr>
      <w:r>
        <w:rPr>
          <w:b w:val="0"/>
          <w:i w:val="0"/>
          <w:sz w:val="20"/>
        </w:rPr>
        <w:t>Advogado(a)</w:t>
      </w:r>
    </w:p>
    <w:p>
      <w:pPr>
        <w:jc w:val="center"/>
      </w:pPr>
      <w:r>
        <w:rPr>
          <w:b w:val="0"/>
          <w:i w:val="0"/>
          <w:sz w:val="20"/>
        </w:rPr>
        <w:t>OAB/SP nº 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https://modelo-juris.com/oficina-piracicaba/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oficina-piracicab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