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PARTILHA DE BENS</w:t>
      </w:r>
    </w:p>
    <w:p/>
    <w:p/>
    <w:p>
      <w:r>
        <w:rPr>
          <w:b/>
          <w:sz w:val="20"/>
        </w:rPr>
        <w:t>EXCELENTÍSSIMO(A) SENHOR(A) DOUTOR(A) JUIZ(A) DE DIREITO DA ___ VARA DE FAMÍLIA E SUCESSÕES DA COMARCA DE ______________________</w:t>
      </w:r>
    </w:p>
    <w:p/>
    <w:p/>
    <w:p>
      <w:pPr>
        <w:jc w:val="left"/>
      </w:pPr>
      <w:r>
        <w:rPr>
          <w:b/>
          <w:sz w:val="22"/>
        </w:rPr>
        <w:t>REQUERENTES:</w:t>
      </w:r>
    </w:p>
    <w:p>
      <w:r>
        <w:rPr>
          <w:b w:val="0"/>
          <w:sz w:val="20"/>
        </w:rPr>
        <w:t>1. Nome: ________________________________________________________________</w:t>
      </w:r>
    </w:p>
    <w:p>
      <w:r>
        <w:rPr>
          <w:b w:val="0"/>
          <w:sz w:val="20"/>
        </w:rPr>
        <w:t xml:space="preserve">   Nacionalidade: _______________________________________________________</w:t>
      </w:r>
    </w:p>
    <w:p>
      <w:r>
        <w:rPr>
          <w:b w:val="0"/>
          <w:sz w:val="20"/>
        </w:rPr>
        <w:t xml:space="preserve">   Estado Civil: _________________________________________________________</w:t>
      </w:r>
    </w:p>
    <w:p>
      <w:r>
        <w:rPr>
          <w:b w:val="0"/>
          <w:sz w:val="20"/>
        </w:rPr>
        <w:t xml:space="preserve">   Profissão: ____________________________________________________________</w:t>
      </w:r>
    </w:p>
    <w:p>
      <w:r>
        <w:rPr>
          <w:b w:val="0"/>
          <w:sz w:val="20"/>
        </w:rPr>
        <w:t xml:space="preserve">   CPF: _________________________________________________________________</w:t>
      </w:r>
    </w:p>
    <w:p>
      <w:r>
        <w:rPr>
          <w:b w:val="0"/>
          <w:sz w:val="20"/>
        </w:rPr>
        <w:t xml:space="preserve">   RG: _________________________________________________________________</w:t>
      </w:r>
    </w:p>
    <w:p>
      <w:r>
        <w:rPr>
          <w:b w:val="0"/>
          <w:sz w:val="20"/>
        </w:rPr>
        <w:t xml:space="preserve">   Endereço: ____________________________________________________________</w:t>
      </w:r>
    </w:p>
    <w:p>
      <w:r>
        <w:rPr>
          <w:b w:val="0"/>
          <w:sz w:val="20"/>
        </w:rPr>
        <w:t xml:space="preserve">   Telefone: ____________________________________________________________</w:t>
      </w:r>
    </w:p>
    <w:p>
      <w:r>
        <w:rPr>
          <w:b w:val="0"/>
          <w:sz w:val="20"/>
        </w:rPr>
        <w:t xml:space="preserve">   E-mail: ______________________________________________________________</w:t>
      </w:r>
    </w:p>
    <w:p/>
    <w:p>
      <w:r>
        <w:rPr>
          <w:b w:val="0"/>
          <w:sz w:val="20"/>
        </w:rPr>
        <w:t>2. Nome: ________________________________________________________________</w:t>
      </w:r>
    </w:p>
    <w:p>
      <w:r>
        <w:rPr>
          <w:b w:val="0"/>
          <w:sz w:val="20"/>
        </w:rPr>
        <w:t xml:space="preserve">   Nacionalidade: _______________________________________________________</w:t>
      </w:r>
    </w:p>
    <w:p>
      <w:r>
        <w:rPr>
          <w:b w:val="0"/>
          <w:sz w:val="20"/>
        </w:rPr>
        <w:t xml:space="preserve">   Estado Civil: _________________________________________________________</w:t>
      </w:r>
    </w:p>
    <w:p>
      <w:r>
        <w:rPr>
          <w:b w:val="0"/>
          <w:sz w:val="20"/>
        </w:rPr>
        <w:t xml:space="preserve">   Profissão: ____________________________________________________________</w:t>
      </w:r>
    </w:p>
    <w:p>
      <w:r>
        <w:rPr>
          <w:b w:val="0"/>
          <w:sz w:val="20"/>
        </w:rPr>
        <w:t xml:space="preserve">   CPF: _________________________________________________________________</w:t>
      </w:r>
    </w:p>
    <w:p>
      <w:r>
        <w:rPr>
          <w:b w:val="0"/>
          <w:sz w:val="20"/>
        </w:rPr>
        <w:t xml:space="preserve">   RG: _________________________________________________________________</w:t>
      </w:r>
    </w:p>
    <w:p>
      <w:r>
        <w:rPr>
          <w:b w:val="0"/>
          <w:sz w:val="20"/>
        </w:rPr>
        <w:t xml:space="preserve">   Endereço: ____________________________________________________________</w:t>
      </w:r>
    </w:p>
    <w:p>
      <w:r>
        <w:rPr>
          <w:b w:val="0"/>
          <w:sz w:val="20"/>
        </w:rPr>
        <w:t xml:space="preserve">   Telefone: ____________________________________________________________</w:t>
      </w:r>
    </w:p>
    <w:p>
      <w:r>
        <w:rPr>
          <w:b w:val="0"/>
          <w:sz w:val="20"/>
        </w:rPr>
        <w:t xml:space="preserve">   E-mail: ______________________________________________________________</w:t>
      </w:r>
    </w:p>
    <w:p/>
    <w:p/>
    <w:p>
      <w:pPr>
        <w:jc w:val="left"/>
      </w:pPr>
      <w:r>
        <w:rPr>
          <w:b/>
          <w:sz w:val="22"/>
        </w:rPr>
        <w:t>DOS FATOS</w:t>
      </w:r>
    </w:p>
    <w:p>
      <w:pPr>
        <w:ind w:firstLine="397"/>
      </w:pPr>
      <w:r>
        <w:rPr>
          <w:b w:val="0"/>
          <w:sz w:val="20"/>
        </w:rPr>
        <w:t>Os Requerentes são legítimos herdeiros e/ou cônjuges/companheiros, conforme comprovarão nos autos.</w:t>
      </w:r>
    </w:p>
    <w:p>
      <w:pPr>
        <w:ind w:firstLine="397"/>
      </w:pPr>
      <w:r>
        <w:rPr>
          <w:b w:val="0"/>
          <w:sz w:val="20"/>
        </w:rPr>
        <w:t>O presente pedido visa a partilha dos bens adquiridos na constância da união/ casamento, bem como bens particulares, conforme descrito abaixo.</w:t>
      </w:r>
    </w:p>
    <w:p>
      <w:pPr>
        <w:ind w:firstLine="397"/>
      </w:pPr>
      <w:r>
        <w:rPr>
          <w:b w:val="0"/>
          <w:sz w:val="20"/>
        </w:rPr>
        <w:t>Os bens a serem partilhados são os seguintes: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Descrição do Bem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Localização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Valor Estimado (R$)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Proprietário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</w:t>
            </w:r>
          </w:p>
        </w:tc>
      </w:tr>
    </w:tbl>
    <w:p/>
    <w:p/>
    <w:p>
      <w:pPr>
        <w:jc w:val="left"/>
      </w:pPr>
      <w:r>
        <w:rPr>
          <w:b/>
          <w:sz w:val="22"/>
        </w:rPr>
        <w:t>DO DIREITO</w:t>
      </w:r>
    </w:p>
    <w:p>
      <w:pPr>
        <w:ind w:firstLine="397"/>
      </w:pPr>
      <w:r>
        <w:rPr>
          <w:b w:val="0"/>
          <w:sz w:val="20"/>
        </w:rPr>
        <w:t>A presente partilha fundamenta-se nos artigos 1.658 a 1.666 do Código Civil Brasileiro,</w:t>
      </w:r>
    </w:p>
    <w:p>
      <w:pPr>
        <w:ind w:firstLine="397"/>
      </w:pPr>
      <w:r>
        <w:rPr>
          <w:b w:val="0"/>
          <w:sz w:val="20"/>
        </w:rPr>
        <w:t>que disciplinam o regime de bens entre cônjuges e a sucessão hereditária, além das disposições</w:t>
      </w:r>
    </w:p>
    <w:p>
      <w:pPr>
        <w:ind w:firstLine="397"/>
      </w:pPr>
      <w:r>
        <w:rPr>
          <w:b w:val="0"/>
          <w:sz w:val="20"/>
        </w:rPr>
        <w:t>da Constituição Federal e do Código de Processo Civil aplicáveis.</w:t>
      </w:r>
    </w:p>
    <w:p>
      <w:pPr>
        <w:ind w:firstLine="397"/>
      </w:pPr>
      <w:r>
        <w:rPr>
          <w:b w:val="0"/>
          <w:sz w:val="20"/>
        </w:rPr>
      </w:r>
    </w:p>
    <w:p>
      <w:pPr>
        <w:ind w:firstLine="397"/>
      </w:pPr>
      <w:r>
        <w:rPr>
          <w:b w:val="0"/>
          <w:sz w:val="20"/>
        </w:rPr>
        <w:t>Os Requerentes possuem direito à divisão igualitária dos bens adquiridos na constância da união/ casamento,</w:t>
      </w:r>
    </w:p>
    <w:p>
      <w:pPr>
        <w:ind w:firstLine="397"/>
      </w:pPr>
      <w:r>
        <w:rPr>
          <w:b w:val="0"/>
          <w:sz w:val="20"/>
        </w:rPr>
        <w:t>bem como à partilha dos demais bens indicados, respeitando-se as regras legais pertinentes.</w:t>
      </w:r>
    </w:p>
    <w:p/>
    <w:p/>
    <w:p>
      <w:pPr>
        <w:jc w:val="left"/>
      </w:pPr>
      <w:r>
        <w:rPr>
          <w:b/>
          <w:sz w:val="22"/>
        </w:rPr>
        <w:t>DOS PEDIDOS</w:t>
      </w:r>
    </w:p>
    <w:p>
      <w:pPr>
        <w:ind w:firstLine="397"/>
      </w:pPr>
      <w:r>
        <w:rPr>
          <w:b w:val="0"/>
          <w:sz w:val="20"/>
        </w:rPr>
        <w:t>Diante do exposto, requer-se:</w:t>
      </w:r>
    </w:p>
    <w:p/>
    <w:p>
      <w:pPr>
        <w:ind w:firstLine="397"/>
      </w:pPr>
      <w:r>
        <w:rPr>
          <w:b w:val="0"/>
          <w:sz w:val="20"/>
        </w:rPr>
        <w:t>1. A citação dos interessados para, querendo, manifestarem-se sobre o pedido;</w:t>
      </w:r>
    </w:p>
    <w:p>
      <w:pPr>
        <w:ind w:firstLine="397"/>
      </w:pPr>
      <w:r>
        <w:rPr>
          <w:b w:val="0"/>
          <w:sz w:val="20"/>
        </w:rPr>
        <w:t>2. A homologação da partilha dos bens especificados, na forma abaixo:</w:t>
      </w:r>
    </w:p>
    <w:p/>
    <w:p>
      <w:r>
        <w:rPr>
          <w:b w:val="0"/>
          <w:sz w:val="20"/>
        </w:rPr>
        <w:t>- Que os bens descritos na tabela sejam partilhados na proporção de __________________________;</w:t>
      </w:r>
    </w:p>
    <w:p>
      <w:r>
        <w:rPr>
          <w:b w:val="0"/>
          <w:sz w:val="20"/>
        </w:rPr>
        <w:t>- Que seja expedido formal de partilha para todos os efeitos legais;</w:t>
      </w:r>
    </w:p>
    <w:p>
      <w:r>
        <w:rPr>
          <w:b w:val="0"/>
          <w:sz w:val="20"/>
        </w:rPr>
        <w:t>- Que sejam observados os direitos dos Requerentes nos termos da legislação vigente;</w:t>
      </w:r>
    </w:p>
    <w:p/>
    <w:p>
      <w:pPr>
        <w:ind w:firstLine="397"/>
      </w:pPr>
      <w:r>
        <w:rPr>
          <w:b w:val="0"/>
          <w:sz w:val="20"/>
        </w:rPr>
        <w:t>3. A condenação em custas e honorários, caso haja resistência injustificada ao pedido;</w:t>
      </w:r>
    </w:p>
    <w:p/>
    <w:p>
      <w:pPr>
        <w:ind w:firstLine="397"/>
      </w:pPr>
      <w:r>
        <w:rPr>
          <w:b w:val="0"/>
          <w:sz w:val="20"/>
        </w:rPr>
        <w:t>4. A produção de todas as provas em direito admitidas, especialmente documental e testemunhal;</w:t>
      </w:r>
    </w:p>
    <w:p/>
    <w:p>
      <w:pPr>
        <w:ind w:firstLine="397"/>
      </w:pPr>
      <w:r>
        <w:rPr>
          <w:b w:val="0"/>
          <w:sz w:val="20"/>
        </w:rPr>
        <w:t>5. A concessão dos benefícios da justiça gratuita, caso preenchidos os requisitos legais.</w:t>
      </w:r>
    </w:p>
    <w:p/>
    <w:p/>
    <w:p>
      <w:pPr>
        <w:jc w:val="left"/>
      </w:pPr>
      <w:r>
        <w:rPr>
          <w:b/>
          <w:sz w:val="22"/>
        </w:rPr>
        <w:t>DO VALOR DA CAUSA</w:t>
      </w:r>
    </w:p>
    <w:p>
      <w:pPr>
        <w:ind w:firstLine="397"/>
      </w:pPr>
      <w:r>
        <w:rPr>
          <w:b w:val="0"/>
          <w:sz w:val="20"/>
        </w:rPr>
        <w:t>Dá-se à presente causa o valor de R$ _____________________________ (valor dos bens a partilhar).</w:t>
      </w:r>
    </w:p>
    <w:p/>
    <w:p/>
    <w:p/>
    <w:p>
      <w:pPr>
        <w:jc w:val="center"/>
      </w:pPr>
      <w:r>
        <w:rPr>
          <w:b w:val="0"/>
          <w:sz w:val="20"/>
        </w:rPr>
        <w:t>______________________________, ________________________________</w:t>
      </w:r>
    </w:p>
    <w:p>
      <w:pPr>
        <w:jc w:val="center"/>
      </w:pPr>
      <w:r>
        <w:rPr>
          <w:b w:val="0"/>
          <w:sz w:val="20"/>
        </w:rPr>
        <w:t>Cidade</w:t>
      </w:r>
    </w:p>
    <w:p>
      <w:pPr>
        <w:jc w:val="center"/>
      </w:pPr>
      <w:r>
        <w:rPr>
          <w:b w:val="0"/>
          <w:sz w:val="20"/>
        </w:rPr>
        <w:t>Data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Requerente 1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Requerente 2</w:t>
      </w:r>
    </w:p>
    <w:p/>
    <w:p/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https://modelo-juris.com/partilha-de-bens/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artilha-de-ben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