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PEDIDO DE ALVARÁ JUDICIAL</w:t>
      </w:r>
    </w:p>
    <w:p/>
    <w:p>
      <w:r>
        <w:rPr>
          <w:b w:val="0"/>
          <w:sz w:val="20"/>
        </w:rPr>
        <w:t>EXCELENTÍSSIMO(A) SENHOR(A) DOUTOR(A) JUIZ(A) DE DIREITO DA ___ VARA CÍVEL DA COMARCA DE ________________________</w:t>
      </w:r>
    </w:p>
    <w:p/>
    <w:p>
      <w:r>
        <w:rPr>
          <w:b w:val="0"/>
          <w:sz w:val="20"/>
        </w:rPr>
        <w:t>Processo nº: ____________________________</w:t>
      </w:r>
    </w:p>
    <w:p/>
    <w:p>
      <w:r>
        <w:rPr>
          <w:b w:val="0"/>
          <w:sz w:val="20"/>
        </w:rPr>
        <w:t>REQUERENTE: 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</w:t>
      </w:r>
    </w:p>
    <w:p>
      <w:r>
        <w:rPr>
          <w:b w:val="0"/>
          <w:sz w:val="20"/>
        </w:rPr>
        <w:t>DOCUMENTO DE IDENTIDADE (RG): _________________________________________</w:t>
      </w:r>
    </w:p>
    <w:p>
      <w:r>
        <w:rPr>
          <w:b w:val="0"/>
          <w:sz w:val="20"/>
        </w:rPr>
        <w:t>CPF: __________________________________________________________________</w:t>
      </w:r>
    </w:p>
    <w:p>
      <w:r>
        <w:rPr>
          <w:b w:val="0"/>
          <w:sz w:val="20"/>
        </w:rPr>
        <w:t>ENDEREÇO COMPLETO: ____________________________________________________</w:t>
      </w:r>
    </w:p>
    <w:p>
      <w:r>
        <w:rPr>
          <w:b w:val="0"/>
          <w:sz w:val="20"/>
        </w:rPr>
        <w:t>TELEFONE: 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</w:t>
      </w:r>
    </w:p>
    <w:p/>
    <w:p>
      <w:r>
        <w:rPr>
          <w:b w:val="0"/>
          <w:sz w:val="20"/>
        </w:rPr>
        <w:t>ADVOGADO(A): ___________________________________________________________</w:t>
      </w:r>
    </w:p>
    <w:p>
      <w:r>
        <w:rPr>
          <w:b w:val="0"/>
          <w:sz w:val="20"/>
        </w:rPr>
        <w:t>OAB/UF: ________________________________________________________________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O(A) Requerente é parte legítima no processo em epígrafe, tendo direito ao alvará judicial para levantamento de valores / bens / documentos conforme consta nos autos.</w:t>
      </w:r>
    </w:p>
    <w:p>
      <w:r>
        <w:rPr>
          <w:b w:val="0"/>
          <w:sz w:val="20"/>
        </w:rPr>
        <w:t>O referido alvará é necessário para assegurar o direito do(a) Requerente, garantindo a regularidade e segurança jurídica da operação.</w:t>
      </w:r>
    </w:p>
    <w:p/>
    <w:p>
      <w:r>
        <w:rPr>
          <w:b/>
          <w:sz w:val="22"/>
        </w:rPr>
        <w:t>II – DO DIREITO</w:t>
      </w:r>
    </w:p>
    <w:p/>
    <w:p>
      <w:r>
        <w:rPr>
          <w:b w:val="0"/>
          <w:sz w:val="20"/>
        </w:rPr>
        <w:t>O Código de Processo Civil, em seu artigo 725, prevê a possibilidade de levantamento de valores mediante alvará judicial, quando houver depósito judicial, penhora, arresto ou depósito em conta judicial, entre outras hipóteses.</w:t>
      </w:r>
    </w:p>
    <w:p>
      <w:r>
        <w:rPr>
          <w:b w:val="0"/>
          <w:sz w:val="20"/>
        </w:rPr>
        <w:t>Além disso, a legislação pertinente assegura o direito do beneficiário ao levantamento, desde que devidamente comprovada a legitimidade e a regularidade do pedido.</w:t>
      </w:r>
    </w:p>
    <w:p/>
    <w:p>
      <w:r>
        <w:rPr>
          <w:b/>
          <w:sz w:val="22"/>
        </w:rPr>
        <w:t>III – DO PEDIDO</w:t>
      </w:r>
    </w:p>
    <w:p/>
    <w:p>
      <w:r>
        <w:rPr>
          <w:b/>
          <w:sz w:val="20"/>
        </w:rPr>
        <w:t>Diante do exposto, requer-se a Vossa Excelência:</w:t>
      </w:r>
    </w:p>
    <w:p/>
    <w:p>
      <w:r>
        <w:rPr>
          <w:b w:val="0"/>
          <w:sz w:val="20"/>
        </w:rPr>
        <w:t>1. A expedição de ALVARÁ JUDICIAL em favor do(a) Requerente para levantamento dos valores / bens / documentos relacionados ao processo nº ____________________, conforme requerido;</w:t>
      </w:r>
    </w:p>
    <w:p/>
    <w:p>
      <w:r>
        <w:rPr>
          <w:b w:val="0"/>
          <w:sz w:val="20"/>
        </w:rPr>
        <w:t>2. A intimação do Ministério Público, se cabível, para que se manifeste sobre o pedido;</w:t>
      </w:r>
    </w:p>
    <w:p/>
    <w:p>
      <w:r>
        <w:rPr>
          <w:b w:val="0"/>
          <w:sz w:val="20"/>
        </w:rPr>
        <w:t>3. A concessão dos benefícios da Justiça Gratuita, caso o(a) Requerente faça jus, nos termos da lei;</w:t>
      </w:r>
    </w:p>
    <w:p/>
    <w:p>
      <w:r>
        <w:rPr>
          <w:b w:val="0"/>
          <w:sz w:val="20"/>
        </w:rPr>
        <w:t>4. A juntada dos documentos que comprovam o direito do(a) Requerente ao levantamento;</w:t>
      </w:r>
    </w:p>
    <w:p/>
    <w:p>
      <w:r>
        <w:rPr>
          <w:b w:val="0"/>
          <w:sz w:val="20"/>
        </w:rPr>
        <w:t>5. A concessão de quaisquer outras medidas que Vossa Excelência entender cabíveis para a efetivação do direito pleiteado.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_________________________, _____ de ____________________ de _________</w:t>
      </w:r>
    </w:p>
    <w:p>
      <w:r>
        <w:rPr>
          <w:b w:val="0"/>
          <w:sz w:val="20"/>
        </w:rPr>
        <w:t>Local                                      Data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https://modelo-juris.com/pedido-de-alvara-judicial/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pedido-de-alvara-judicial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