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EXCELENTÍSSIMO(A) SENHOR(A) DOUTOR(A) JUIZ(A) DE DIREITO DA</w:t>
      </w:r>
    </w:p>
    <w:p>
      <w:pPr>
        <w:jc w:val="center"/>
      </w:pPr>
      <w:r>
        <w:rPr>
          <w:b/>
          <w:sz w:val="22"/>
        </w:rPr>
        <w:t>___ VARA CÍVEL DA COMARCA DE ______________________________</w:t>
      </w:r>
    </w:p>
    <w:p/>
    <w:p/>
    <w:p>
      <w:pPr>
        <w:jc w:val="center"/>
      </w:pPr>
      <w:r>
        <w:rPr>
          <w:b/>
          <w:sz w:val="24"/>
        </w:rPr>
        <w:t>PEDIDO DE DILAÇÃO DE PRAZO</w:t>
      </w:r>
    </w:p>
    <w:p/>
    <w:p/>
    <w:p>
      <w:r>
        <w:rPr>
          <w:b w:val="0"/>
          <w:i w:val="0"/>
          <w:sz w:val="22"/>
        </w:rPr>
        <w:t>Processo nº: ____________________________________________</w:t>
      </w:r>
    </w:p>
    <w:p/>
    <w:p>
      <w:r>
        <w:rPr>
          <w:b w:val="0"/>
          <w:i w:val="0"/>
          <w:sz w:val="22"/>
        </w:rPr>
        <w:t>Nome do Requerente: ____________________________________________</w:t>
      </w:r>
    </w:p>
    <w:p>
      <w:r>
        <w:rPr>
          <w:b w:val="0"/>
          <w:i w:val="0"/>
          <w:sz w:val="22"/>
        </w:rPr>
        <w:t>Nome do Advogado: _____________________________________________</w:t>
      </w:r>
    </w:p>
    <w:p>
      <w:r>
        <w:rPr>
          <w:b w:val="0"/>
          <w:i w:val="0"/>
          <w:sz w:val="22"/>
        </w:rPr>
        <w:t>OAB nº: _______________________</w:t>
      </w:r>
    </w:p>
    <w:p/>
    <w:p>
      <w:r>
        <w:rPr>
          <w:b w:val="0"/>
          <w:i w:val="0"/>
          <w:sz w:val="22"/>
        </w:rPr>
        <w:t>Excelentíssimo(a) Senhor(a) Doutor(a) Juiz(a),</w:t>
      </w:r>
    </w:p>
    <w:p/>
    <w:p>
      <w:r>
        <w:rPr>
          <w:b w:val="0"/>
          <w:i w:val="0"/>
          <w:sz w:val="22"/>
        </w:rPr>
        <w:t>O Requerente, já devidamente qualificado nos autos do processo em epígrafe, por seu advogado infra-assinado, vem, respeitosamente, à presença de Vossa Excelência,</w:t>
      </w:r>
    </w:p>
    <w:p>
      <w:r>
        <w:rPr>
          <w:b w:val="0"/>
          <w:i w:val="0"/>
          <w:sz w:val="22"/>
        </w:rPr>
        <w:t>com fulcro no artigo 183 do Código de Processo Civil, requerer a DILAÇÃO DE PRAZO para a prática do ato processual abaixo indicado, pelos motivos de fato e de direito a seguir expostos:</w:t>
      </w:r>
    </w:p>
    <w:p/>
    <w:p>
      <w:r>
        <w:rPr>
          <w:b/>
          <w:sz w:val="22"/>
        </w:rPr>
        <w:t>I – DOS FATOS</w:t>
      </w:r>
    </w:p>
    <w:p/>
    <w:p/>
    <w:p>
      <w:r>
        <w:rPr>
          <w:b w:val="0"/>
          <w:i w:val="0"/>
          <w:sz w:val="22"/>
        </w:rPr>
        <w:t>O prazo para ___________________________ encontra-se próximo do vencimento, razão pela qual se faz necessária a sua prorrogação.</w:t>
      </w:r>
    </w:p>
    <w:p>
      <w:r>
        <w:rPr>
          <w:b w:val="0"/>
          <w:i w:val="0"/>
          <w:sz w:val="22"/>
        </w:rPr>
        <w:t>O motivo que justifica o pedido de dilação do prazo é a impossibilidade de cumprimento tempestivo do ato processual em razão de:</w:t>
      </w:r>
    </w:p>
    <w:p>
      <w:r>
        <w:rPr>
          <w:b w:val="0"/>
          <w:i w:val="0"/>
          <w:sz w:val="22"/>
        </w:rPr>
        <w:t>- _________________________________________________________________________________</w:t>
      </w:r>
    </w:p>
    <w:p>
      <w:r>
        <w:rPr>
          <w:b w:val="0"/>
          <w:i w:val="0"/>
          <w:sz w:val="22"/>
        </w:rPr>
        <w:t>- _________________________________________________________________________________</w:t>
      </w:r>
    </w:p>
    <w:p>
      <w:r>
        <w:rPr>
          <w:b w:val="0"/>
          <w:i w:val="0"/>
          <w:sz w:val="22"/>
        </w:rPr>
        <w:t>- _________________________________________________________________________________</w:t>
      </w:r>
    </w:p>
    <w:p>
      <w:r>
        <w:rPr>
          <w:b w:val="0"/>
          <w:i w:val="0"/>
          <w:sz w:val="22"/>
        </w:rPr>
        <w:t>(Descrever detalhadamente as razões que impedem o cumprimento do prazo, como necessidade de obtenção de documentos, realização de diligências, problemas pessoais, profissionais ou técnicos, entre outros.)</w:t>
      </w:r>
    </w:p>
    <w:p/>
    <w:p>
      <w:r>
        <w:rPr>
          <w:b/>
          <w:sz w:val="22"/>
        </w:rPr>
        <w:t>II – DO DIREITO</w:t>
      </w:r>
    </w:p>
    <w:p/>
    <w:p/>
    <w:p>
      <w:r>
        <w:rPr>
          <w:b w:val="0"/>
          <w:i w:val="0"/>
          <w:sz w:val="22"/>
        </w:rPr>
        <w:t>O artigo 183 do Código de Processo Civil dispõe que o juiz poderá, a requerimento da parte, conceder prorrogação de prazo, desde que justificado motivo que afaste a prática tempestiva do ato processual.</w:t>
      </w:r>
    </w:p>
    <w:p/>
    <w:p>
      <w:r>
        <w:rPr>
          <w:b w:val="0"/>
          <w:i w:val="0"/>
          <w:sz w:val="22"/>
        </w:rPr>
        <w:t>Dessa forma, diante da justificativa apresentada, resta demonstrada a necessidade e a razoabilidade do pedido de dilação de prazo, visando garantir o direito ao contraditório, à ampla defesa e à adequada instrução do processo.</w:t>
      </w:r>
    </w:p>
    <w:p/>
    <w:p>
      <w:r>
        <w:rPr>
          <w:b/>
          <w:sz w:val="22"/>
        </w:rPr>
        <w:t>III – DO PEDIDO</w:t>
      </w:r>
    </w:p>
    <w:p/>
    <w:p/>
    <w:p>
      <w:r>
        <w:rPr>
          <w:b w:val="0"/>
          <w:i w:val="0"/>
          <w:sz w:val="22"/>
        </w:rPr>
        <w:t>Diante do exposto, requer-se:</w:t>
      </w:r>
    </w:p>
    <w:p/>
    <w:p>
      <w:r>
        <w:rPr>
          <w:b w:val="0"/>
          <w:i w:val="0"/>
          <w:sz w:val="22"/>
        </w:rPr>
        <w:t>a) A concessão de DILAÇÃO DE PRAZO de mais _______ (__________) dias para a prática do ato processual de ____________________________, a contar do término do prazo originalmente estabelecido;</w:t>
      </w:r>
    </w:p>
    <w:p>
      <w:r>
        <w:rPr>
          <w:b w:val="0"/>
          <w:i w:val="0"/>
          <w:sz w:val="22"/>
        </w:rPr>
        <w:t>b) A intimação da parte contrária para ciência do presente pedido;</w:t>
      </w:r>
    </w:p>
    <w:p>
      <w:r>
        <w:rPr>
          <w:b w:val="0"/>
          <w:i w:val="0"/>
          <w:sz w:val="22"/>
        </w:rPr>
        <w:t>c) Caso seja necessário, a juntada deste pedido aos autos para que produza seus jurídicos e legais efeitos.</w:t>
      </w:r>
    </w:p>
    <w:p/>
    <w:p>
      <w:r>
        <w:rPr>
          <w:b w:val="0"/>
          <w:i w:val="0"/>
          <w:sz w:val="22"/>
        </w:rPr>
        <w:t>Termos em que,</w:t>
      </w:r>
    </w:p>
    <w:p>
      <w:r>
        <w:rPr>
          <w:b w:val="0"/>
          <w:i w:val="0"/>
          <w:sz w:val="22"/>
        </w:rPr>
        <w:t>Pede deferimento.</w:t>
      </w:r>
    </w:p>
    <w:p/>
    <w:p>
      <w:r>
        <w:rPr>
          <w:b w:val="0"/>
          <w:i w:val="0"/>
          <w:sz w:val="22"/>
        </w:rPr>
        <w:t>Local: ________________________________________________</w:t>
      </w:r>
    </w:p>
    <w:p>
      <w:r>
        <w:rPr>
          <w:b w:val="0"/>
          <w:i w:val="0"/>
          <w:sz w:val="22"/>
        </w:rPr>
        <w:t>Data: _________________________________________________</w:t>
      </w:r>
    </w:p>
    <w:p/>
    <w:p>
      <w:r>
        <w:rPr>
          <w:b w:val="0"/>
          <w:i w:val="0"/>
          <w:sz w:val="22"/>
        </w:rPr>
        <w:t>______________________________________________</w:t>
      </w:r>
    </w:p>
    <w:p>
      <w:r>
        <w:rPr>
          <w:b w:val="0"/>
          <w:i w:val="0"/>
          <w:sz w:val="22"/>
        </w:rPr>
        <w:t>Nome do Advogado</w:t>
      </w:r>
    </w:p>
    <w:p>
      <w:r>
        <w:rPr>
          <w:b w:val="0"/>
          <w:i w:val="0"/>
          <w:sz w:val="22"/>
        </w:rPr>
        <w:t>OAB nº 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https://modelo-juris.com/pedido-de-dilacao-de-prazo/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pedido-de-dilacao-de-prazo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