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sz w:val="20"/>
        </w:rPr>
        <w:t>PEDIDO DE HABILITAÇÃO</w:t>
      </w:r>
    </w:p>
    <w:p/>
    <w:p>
      <w:r>
        <w:rPr>
          <w:b w:val="0"/>
          <w:i w:val="0"/>
          <w:sz w:val="20"/>
        </w:rPr>
        <w:t>EXCELENTÍSSIMO(A) SENHOR(A) DOUTOR(A) JUIZ(A) DE DIREITO DA ____ VARA CÍVEL DA COMARCA DE ____________________</w:t>
      </w:r>
    </w:p>
    <w:p/>
    <w:p>
      <w:r>
        <w:rPr>
          <w:b w:val="0"/>
          <w:i w:val="0"/>
          <w:sz w:val="20"/>
        </w:rPr>
        <w:t>PROCESSO Nº: ___________________________</w:t>
      </w:r>
    </w:p>
    <w:p/>
    <w:p>
      <w:r>
        <w:rPr>
          <w:b w:val="0"/>
          <w:i w:val="0"/>
          <w:sz w:val="20"/>
        </w:rPr>
        <w:t>REQUERENTE: ________________________________________________________________</w:t>
      </w:r>
    </w:p>
    <w:p>
      <w:r>
        <w:rPr>
          <w:b w:val="0"/>
          <w:i w:val="0"/>
          <w:sz w:val="20"/>
        </w:rPr>
        <w:t>NACIONALIDADE: ____________________________________________________________</w:t>
      </w:r>
    </w:p>
    <w:p>
      <w:r>
        <w:rPr>
          <w:b w:val="0"/>
          <w:i w:val="0"/>
          <w:sz w:val="20"/>
        </w:rPr>
        <w:t>ESTADO CIVIL: ______________________________________________________________</w:t>
      </w:r>
    </w:p>
    <w:p>
      <w:r>
        <w:rPr>
          <w:b w:val="0"/>
          <w:i w:val="0"/>
          <w:sz w:val="20"/>
        </w:rPr>
        <w:t>PROFISSÃO: _________________________________________________________________</w:t>
      </w:r>
    </w:p>
    <w:p>
      <w:r>
        <w:rPr>
          <w:b w:val="0"/>
          <w:i w:val="0"/>
          <w:sz w:val="20"/>
        </w:rPr>
        <w:t>CPF: ______________________________________________________________________</w:t>
      </w:r>
    </w:p>
    <w:p>
      <w:r>
        <w:rPr>
          <w:b w:val="0"/>
          <w:i w:val="0"/>
          <w:sz w:val="20"/>
        </w:rPr>
        <w:t>RG: _______________________________________________________________________</w:t>
      </w:r>
    </w:p>
    <w:p>
      <w:r>
        <w:rPr>
          <w:b w:val="0"/>
          <w:i w:val="0"/>
          <w:sz w:val="20"/>
        </w:rPr>
        <w:t>ENDEREÇO COMPLETO: ________________________________________________________</w:t>
      </w:r>
    </w:p>
    <w:p>
      <w:r>
        <w:rPr>
          <w:b w:val="0"/>
          <w:i w:val="0"/>
          <w:sz w:val="20"/>
        </w:rPr>
        <w:t>CEP: ___________________   TELEFONE: ________________________________________</w:t>
      </w:r>
    </w:p>
    <w:p>
      <w:r>
        <w:rPr>
          <w:b w:val="0"/>
          <w:i w:val="0"/>
          <w:sz w:val="20"/>
        </w:rPr>
        <w:t>E-MAIL: _________________________________________________________________</w:t>
      </w:r>
    </w:p>
    <w:p/>
    <w:p>
      <w:r>
        <w:rPr>
          <w:b w:val="0"/>
          <w:i w:val="0"/>
          <w:sz w:val="20"/>
        </w:rPr>
        <w:t>REQUERIDO: _________________________________________________________________</w:t>
      </w:r>
    </w:p>
    <w:p>
      <w:r>
        <w:rPr>
          <w:b w:val="0"/>
          <w:i w:val="0"/>
          <w:sz w:val="20"/>
        </w:rPr>
        <w:t>CNPJ/CPF: _________________________________________________________________</w:t>
      </w:r>
    </w:p>
    <w:p>
      <w:r>
        <w:rPr>
          <w:b w:val="0"/>
          <w:i w:val="0"/>
          <w:sz w:val="20"/>
        </w:rPr>
        <w:t>ENDEREÇO COMPLETO: ________________________________________________________</w:t>
      </w:r>
    </w:p>
    <w:p/>
    <w:p>
      <w:r>
        <w:rPr>
          <w:b/>
          <w:sz w:val="22"/>
        </w:rPr>
        <w:t>I – DOS FATOS</w:t>
      </w:r>
    </w:p>
    <w:p/>
    <w:p>
      <w:r>
        <w:rPr>
          <w:b w:val="0"/>
          <w:i w:val="0"/>
          <w:sz w:val="20"/>
        </w:rPr>
        <w:t>1. O Requerente é interessado legítimo para habilitação no presente feito, em que figura como parte interessada, conforme documentação anexa.</w:t>
      </w:r>
    </w:p>
    <w:p>
      <w:r>
        <w:rPr>
          <w:b w:val="0"/>
          <w:i w:val="0"/>
          <w:sz w:val="20"/>
        </w:rPr>
        <w:t>2. O presente pedido visa assegurar o direito do Requerente no processo em epígrafe, no qual figura como ______ (ex: herdeiro, credor, terceiro interessado, etc.).</w:t>
      </w:r>
    </w:p>
    <w:p>
      <w:r>
        <w:rPr>
          <w:b w:val="0"/>
          <w:i w:val="0"/>
          <w:sz w:val="20"/>
        </w:rPr>
        <w:t>3. Ressalta-se que a habilitação é necessária para que o Requerente possa exercer seus direitos e acompanhar o andamento processual.</w:t>
      </w:r>
    </w:p>
    <w:p/>
    <w:p>
      <w:r>
        <w:rPr>
          <w:b/>
          <w:sz w:val="22"/>
        </w:rPr>
        <w:t>II – DOS FUNDAMENTOS JURÍDICOS</w:t>
      </w:r>
    </w:p>
    <w:p/>
    <w:p>
      <w:r>
        <w:rPr>
          <w:b w:val="0"/>
          <w:i w:val="0"/>
          <w:sz w:val="20"/>
        </w:rPr>
        <w:t>4. Nos termos do artigo 109 do Código de Processo Civil, "a habilitação processual ocorre quando terceiro, com interesse jurídico no resultado da causa, requerer sua inclusão no processo para defesa de direito próprio".</w:t>
      </w:r>
    </w:p>
    <w:p>
      <w:r>
        <w:rPr>
          <w:b w:val="0"/>
          <w:i w:val="0"/>
          <w:sz w:val="20"/>
        </w:rPr>
        <w:t>5. O Requerente preenche todos os requisitos legais para a habilitação, conforme documentos comprobatórios anexados.</w:t>
      </w:r>
    </w:p>
    <w:p/>
    <w:p>
      <w:r>
        <w:rPr>
          <w:b/>
          <w:sz w:val="22"/>
        </w:rPr>
        <w:t>III – DOS DOCUMENTOS ANEXADOS</w:t>
      </w:r>
    </w:p>
    <w:p/>
    <w:p>
      <w:r>
        <w:rPr>
          <w:b w:val="0"/>
          <w:i w:val="0"/>
          <w:sz w:val="20"/>
        </w:rPr>
        <w:t>6. Para comprovação dos fatos e legitimidade, junta-se ao presente pedido os seguintes documentos:</w:t>
      </w:r>
    </w:p>
    <w:p>
      <w:r>
        <w:rPr>
          <w:b w:val="0"/>
          <w:i w:val="0"/>
          <w:sz w:val="20"/>
        </w:rPr>
        <w:t>a) Cópia do documento de identidade e CPF do Requerente;</w:t>
      </w:r>
    </w:p>
    <w:p>
      <w:r>
        <w:rPr>
          <w:b w:val="0"/>
          <w:i w:val="0"/>
          <w:sz w:val="20"/>
        </w:rPr>
        <w:t>b) Procuração ou instrumento que comprova a representação, se for o caso;</w:t>
      </w:r>
    </w:p>
    <w:p>
      <w:r>
        <w:rPr>
          <w:b w:val="0"/>
          <w:i w:val="0"/>
          <w:sz w:val="20"/>
        </w:rPr>
        <w:t>c) Documentação comprobatória do interesse jurídico (ex.: certidão de óbito, contrato, título de crédito, etc.);</w:t>
      </w:r>
    </w:p>
    <w:p>
      <w:r>
        <w:rPr>
          <w:b w:val="0"/>
          <w:i w:val="0"/>
          <w:sz w:val="20"/>
        </w:rPr>
        <w:t>d) Outros documentos pertinentes.</w:t>
      </w:r>
    </w:p>
    <w:p/>
    <w:p>
      <w:r>
        <w:rPr>
          <w:b/>
          <w:sz w:val="22"/>
        </w:rPr>
        <w:t>IV – DO PEDIDO</w:t>
      </w:r>
    </w:p>
    <w:p/>
    <w:p>
      <w:r>
        <w:rPr>
          <w:b w:val="0"/>
          <w:i w:val="0"/>
          <w:sz w:val="20"/>
        </w:rPr>
        <w:t>7. Diante do exposto, requer-se:</w:t>
      </w:r>
    </w:p>
    <w:p>
      <w:r>
        <w:rPr>
          <w:b w:val="0"/>
          <w:i w:val="0"/>
          <w:sz w:val="20"/>
        </w:rPr>
        <w:t>a) A habilitação do Requerente nos autos do processo nº ______________________, para que possa exercer plenamente seus direitos e acompanhar o feito;</w:t>
      </w:r>
    </w:p>
    <w:p>
      <w:r>
        <w:rPr>
          <w:b w:val="0"/>
          <w:i w:val="0"/>
          <w:sz w:val="20"/>
        </w:rPr>
        <w:t>b) A intimação das partes para ciência do presente pedido;</w:t>
      </w:r>
    </w:p>
    <w:p>
      <w:r>
        <w:rPr>
          <w:b w:val="0"/>
          <w:i w:val="0"/>
          <w:sz w:val="20"/>
        </w:rPr>
        <w:t>c) A juntada dos documentos anexos e sua juntada ao processo;</w:t>
      </w:r>
    </w:p>
    <w:p>
      <w:r>
        <w:rPr>
          <w:b w:val="0"/>
          <w:i w:val="0"/>
          <w:sz w:val="20"/>
        </w:rPr>
        <w:t>d) A concessão de prazo para manifestação das partes, caso Vossa Excelência entenda necessário.</w:t>
      </w:r>
    </w:p>
    <w:p/>
    <w:p>
      <w:r>
        <w:rPr>
          <w:b/>
          <w:sz w:val="22"/>
        </w:rPr>
        <w:t>V – DOS REQUERIMENTOS FINAIS</w:t>
      </w:r>
    </w:p>
    <w:p/>
    <w:p>
      <w:r>
        <w:rPr>
          <w:b w:val="0"/>
          <w:i w:val="0"/>
          <w:sz w:val="20"/>
        </w:rPr>
        <w:t>8. Requer-se, por fim, que todas as intimações e publicações referentes a este feito sejam realizadas em nome do advogado abaixo assinado, sob pena de nulidade.</w:t>
      </w:r>
    </w:p>
    <w:p/>
    <w:p>
      <w:r>
        <w:rPr>
          <w:b w:val="0"/>
          <w:i w:val="0"/>
          <w:sz w:val="20"/>
        </w:rPr>
        <w:t>Nestes termos,</w:t>
      </w:r>
    </w:p>
    <w:p>
      <w:r>
        <w:rPr>
          <w:b w:val="0"/>
          <w:i w:val="0"/>
          <w:sz w:val="20"/>
        </w:rPr>
        <w:t>Pede deferimento.</w:t>
      </w:r>
    </w:p>
    <w:p/>
    <w:p>
      <w:r>
        <w:rPr>
          <w:b w:val="0"/>
          <w:i w:val="0"/>
          <w:sz w:val="20"/>
        </w:rPr>
        <w:t>__________________________, ____ de ____________________ de _______.</w:t>
      </w:r>
    </w:p>
    <w:p/>
    <w:p>
      <w:r>
        <w:rPr>
          <w:b w:val="0"/>
          <w:i w:val="0"/>
          <w:sz w:val="20"/>
        </w:rPr>
        <w:t>__________________________________________</w:t>
      </w:r>
    </w:p>
    <w:p>
      <w:r>
        <w:rPr>
          <w:b w:val="0"/>
          <w:i w:val="0"/>
          <w:sz w:val="20"/>
        </w:rPr>
        <w:t>Nome do Advogado</w:t>
      </w:r>
    </w:p>
    <w:p>
      <w:r>
        <w:rPr>
          <w:b w:val="0"/>
          <w:i w:val="0"/>
          <w:sz w:val="20"/>
        </w:rPr>
        <w:t>OAB/___ nº _________</w:t>
      </w:r>
    </w:p>
    <w:p>
      <w:r>
        <w:rPr>
          <w:b w:val="0"/>
          <w:i w:val="0"/>
          <w:sz w:val="20"/>
        </w:rPr>
        <w:t>E-mail: __________________________________</w:t>
      </w:r>
    </w:p>
    <w:p>
      <w:r>
        <w:rPr>
          <w:b w:val="0"/>
          <w:i w:val="0"/>
          <w:sz w:val="20"/>
        </w:rPr>
        <w:t>Telefone: ________________________________</w:t>
      </w:r>
    </w:p>
    <w:p>
      <w:r>
        <w:br w:type="page"/>
      </w:r>
    </w:p>
    <w:p>
      <w:pPr>
        <w:jc w:val="center"/>
      </w:pPr>
      <w:r>
        <w:rPr>
          <w:color w:val="555555"/>
          <w:sz w:val="24"/>
        </w:rPr>
        <w:t>Fonte original deste documento:</w:t>
      </w:r>
    </w:p>
    <w:p>
      <w:pPr>
        <w:jc w:val="center"/>
      </w:pPr>
      <w:hyperlink r:id="rId9">
        <w:r>
          <w:rPr>
            <w:color w:val="0000FF"/>
            <w:u w:val="single"/>
          </w:rPr>
          <w:t>https://modelo-juris.com/pedido-de-habilitacao/</w:t>
        </w:r>
      </w:hyperlink>
    </w:p>
    <w:p>
      <w:pPr>
        <w:jc w:val="center"/>
      </w:pPr>
      <w:r>
        <w:rPr>
          <w:color w:val="555555"/>
          <w:sz w:val="26"/>
        </w:rPr>
        <w:t>Este modelo foi útil para você?</w:t>
      </w:r>
    </w:p>
    <w:p>
      <w:pPr>
        <w:jc w:val="center"/>
      </w:pPr>
      <w:r>
        <w:rPr>
          <w:color w:val="555555"/>
          <w:sz w:val="26"/>
        </w:rPr>
        <w:t>Encontre outros modelos atualizados em:</w:t>
      </w:r>
    </w:p>
    <w:p>
      <w:pPr>
        <w:jc w:val="center"/>
      </w:pPr>
      <w:hyperlink r:id="rId10">
        <w:r>
          <w:rPr>
            <w:color w:val="0000FF"/>
            <w:u w:val="single"/>
          </w:rPr>
          <w:t>https://modelo-juris.com</w:t>
        </w:r>
      </w:hyperlink>
    </w:p>
    <w:p>
      <w:pPr>
        <w:jc w:val="center"/>
      </w:pPr>
      <w:r>
        <w:rPr>
          <w:color w:val="808080"/>
          <w:sz w:val="20"/>
        </w:rPr>
        <w:t>Este modelo é destinado exclusivamente para uso pessoal e não comercial.</w:t>
        <w:br/>
        <w:t>Ao compartilhar ou publicar, a citação da fonte é obrigatória. © modelo-juris.com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odelo-juris.com/pedido-de-habilitacao/" TargetMode="External"/><Relationship Id="rId10" Type="http://schemas.openxmlformats.org/officeDocument/2006/relationships/hyperlink" Target="https://modelo-jur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