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4"/>
        </w:rPr>
        <w:t>PEDIDO DE REVOGAÇÃO DE MEDIDA PROTETIVA</w:t>
      </w:r>
    </w:p>
    <w:p/>
    <w:p/>
    <w:p>
      <w:r>
        <w:rPr>
          <w:b/>
          <w:sz w:val="22"/>
        </w:rPr>
        <w:t>EXCELENTÍSSIMO(A) SENHOR(A) DOUTOR(A) JUIZ(A) DE DIREITO DA ___ VARA DE VIOLÊNCIA DOMÉSTICA E FAMILIAR CONTRA A MULHER DA COMARCA DE ______________________</w:t>
      </w:r>
    </w:p>
    <w:p/>
    <w:p/>
    <w:p>
      <w:r>
        <w:rPr>
          <w:b/>
          <w:sz w:val="22"/>
        </w:rPr>
        <w:t>REQUERENTE:</w:t>
      </w:r>
    </w:p>
    <w:p>
      <w:r>
        <w:rPr>
          <w:b w:val="0"/>
          <w:sz w:val="22"/>
        </w:rPr>
        <w:t>Nome: _______________________________________________________________</w:t>
      </w:r>
    </w:p>
    <w:p>
      <w:r>
        <w:rPr>
          <w:b w:val="0"/>
          <w:sz w:val="22"/>
        </w:rPr>
        <w:t>Nacionalidade: _______________________________________________________</w:t>
      </w:r>
    </w:p>
    <w:p>
      <w:r>
        <w:rPr>
          <w:b w:val="0"/>
          <w:sz w:val="22"/>
        </w:rPr>
        <w:t>Estado Civil: _________________________________________________________</w:t>
      </w:r>
    </w:p>
    <w:p>
      <w:r>
        <w:rPr>
          <w:b w:val="0"/>
          <w:sz w:val="22"/>
        </w:rPr>
        <w:t>Profissão: ___________________________________________________________</w:t>
      </w:r>
    </w:p>
    <w:p>
      <w:r>
        <w:rPr>
          <w:b w:val="0"/>
          <w:sz w:val="22"/>
        </w:rPr>
        <w:t>Documento de Identidade (RG): _________________________________________</w:t>
      </w:r>
    </w:p>
    <w:p>
      <w:r>
        <w:rPr>
          <w:b w:val="0"/>
          <w:sz w:val="22"/>
        </w:rPr>
        <w:t>CPF: _________________________________________________________________</w:t>
      </w:r>
    </w:p>
    <w:p>
      <w:r>
        <w:rPr>
          <w:b w:val="0"/>
          <w:sz w:val="22"/>
        </w:rPr>
        <w:t>Endereço Completo: ___________________________________________________</w:t>
      </w:r>
    </w:p>
    <w:p>
      <w:r>
        <w:rPr>
          <w:b w:val="0"/>
          <w:sz w:val="22"/>
        </w:rPr>
        <w:t>Telefone: ____________________________________________________________</w:t>
      </w:r>
    </w:p>
    <w:p>
      <w:r>
        <w:rPr>
          <w:b w:val="0"/>
          <w:sz w:val="22"/>
        </w:rPr>
        <w:t>E-mail: ______________________________________________________________</w:t>
      </w:r>
    </w:p>
    <w:p/>
    <w:p>
      <w:r>
        <w:rPr>
          <w:b/>
          <w:sz w:val="22"/>
        </w:rPr>
        <w:t>REQUERIDO:</w:t>
      </w:r>
    </w:p>
    <w:p>
      <w:r>
        <w:rPr>
          <w:b w:val="0"/>
          <w:sz w:val="22"/>
        </w:rPr>
        <w:t>Nome: _______________________________________________________________</w:t>
      </w:r>
    </w:p>
    <w:p>
      <w:r>
        <w:rPr>
          <w:b w:val="0"/>
          <w:sz w:val="22"/>
        </w:rPr>
        <w:t>Nacionalidade: _______________________________________________________</w:t>
      </w:r>
    </w:p>
    <w:p>
      <w:r>
        <w:rPr>
          <w:b w:val="0"/>
          <w:sz w:val="22"/>
        </w:rPr>
        <w:t>Estado Civil: _________________________________________________________</w:t>
      </w:r>
    </w:p>
    <w:p>
      <w:r>
        <w:rPr>
          <w:b w:val="0"/>
          <w:sz w:val="22"/>
        </w:rPr>
        <w:t>Profissão: ___________________________________________________________</w:t>
      </w:r>
    </w:p>
    <w:p>
      <w:r>
        <w:rPr>
          <w:b w:val="0"/>
          <w:sz w:val="22"/>
        </w:rPr>
        <w:t>Documento de Identidade (RG): _________________________________________</w:t>
      </w:r>
    </w:p>
    <w:p>
      <w:r>
        <w:rPr>
          <w:b w:val="0"/>
          <w:sz w:val="22"/>
        </w:rPr>
        <w:t>CPF: _________________________________________________________________</w:t>
      </w:r>
    </w:p>
    <w:p>
      <w:r>
        <w:rPr>
          <w:b w:val="0"/>
          <w:sz w:val="22"/>
        </w:rPr>
        <w:t>Endereço Completo: ___________________________________________________</w:t>
      </w:r>
    </w:p>
    <w:p>
      <w:r>
        <w:rPr>
          <w:b w:val="0"/>
          <w:sz w:val="22"/>
        </w:rPr>
        <w:t>Telefone: ____________________________________________________________</w:t>
      </w:r>
    </w:p>
    <w:p>
      <w:r>
        <w:rPr>
          <w:b w:val="0"/>
          <w:sz w:val="22"/>
        </w:rPr>
        <w:t>E-mail: ______________________________________________________________</w:t>
      </w:r>
    </w:p>
    <w:p/>
    <w:p/>
    <w:p>
      <w:r>
        <w:rPr>
          <w:b/>
          <w:sz w:val="22"/>
        </w:rPr>
        <w:t>I – DOS FATOS</w:t>
      </w:r>
    </w:p>
    <w:p/>
    <w:p>
      <w:pPr>
        <w:ind w:left="567"/>
      </w:pPr>
      <w:r>
        <w:rPr>
          <w:b w:val="0"/>
          <w:sz w:val="22"/>
        </w:rPr>
        <w:t>O(a) Requerente ajuizou ação requerendo medida protetiva em face do(a) Requerido(a), a qual foi deferida por este juízo, conforme decisão anexada aos autos.</w:t>
      </w:r>
    </w:p>
    <w:p/>
    <w:p>
      <w:pPr>
        <w:ind w:left="567"/>
      </w:pPr>
      <w:r>
        <w:rPr>
          <w:b w:val="0"/>
          <w:sz w:val="22"/>
        </w:rPr>
        <w:t>Desde a concessão da medida protetiva, o(a) Requerente vem cumprindo integralmente as determinações judiciais, mantendo distância e evitando qualquer contato com o(a) Requerido(a).</w:t>
      </w:r>
    </w:p>
    <w:p/>
    <w:p>
      <w:pPr>
        <w:ind w:left="567"/>
      </w:pPr>
      <w:r>
        <w:rPr>
          <w:b w:val="0"/>
          <w:sz w:val="22"/>
        </w:rPr>
        <w:t>Não obstante, o(a) Requerente relata que a situação que motivou o pedido inicial foi superada, havendo reconciliação entre as partes, com a garantia de que não haverá qualquer risco à integridade física ou psicológica do(a) Requerente.</w:t>
      </w:r>
    </w:p>
    <w:p/>
    <w:p>
      <w:pPr>
        <w:ind w:left="567"/>
      </w:pPr>
      <w:r>
        <w:rPr>
          <w:b w:val="0"/>
          <w:sz w:val="22"/>
        </w:rPr>
        <w:t>Dessa forma, o(a) Requerente entende que não subsistem os motivos que justificaram a concessão da medida protetiva, tornando-se desnecessária a sua manutenção.</w:t>
      </w:r>
    </w:p>
    <w:p/>
    <w:p>
      <w:r>
        <w:rPr>
          <w:b/>
          <w:sz w:val="22"/>
        </w:rPr>
        <w:t>II – DOS FUNDAMENTOS JURÍDICOS</w:t>
      </w:r>
    </w:p>
    <w:p/>
    <w:p>
      <w:pPr>
        <w:ind w:left="567"/>
      </w:pPr>
      <w:r>
        <w:rPr>
          <w:b w:val="0"/>
          <w:sz w:val="22"/>
        </w:rPr>
        <w:t>O artigo 22 da Lei nº 11.340/2006 (Lei Maria da Penha) prevê que a medida protetiva pode ser revogada ou modificada a qualquer tempo, mediante requerimento da vítima ou do agressor, desde que haja justificativa fundamentada.</w:t>
      </w:r>
    </w:p>
    <w:p/>
    <w:p>
      <w:pPr>
        <w:ind w:left="567"/>
      </w:pPr>
      <w:r>
        <w:rPr>
          <w:b w:val="0"/>
          <w:sz w:val="22"/>
        </w:rPr>
        <w:t>O Código de Processo Civil, em seu artigo 493, permite a modificação ou revogação das decisões interlocutórias quando superadas as razões que as motivaram.</w:t>
      </w:r>
    </w:p>
    <w:p/>
    <w:p>
      <w:pPr>
        <w:ind w:left="567"/>
      </w:pPr>
      <w:r>
        <w:rPr>
          <w:b w:val="0"/>
          <w:sz w:val="22"/>
        </w:rPr>
        <w:t>A manutenção de medida protetiva sem necessidade fere os princípios da razoabilidade e da proporcionalidade, além de acarretar ônus desnecessário ao Requerido.</w:t>
      </w:r>
    </w:p>
    <w:p/>
    <w:p>
      <w:pPr>
        <w:ind w:left="567"/>
      </w:pPr>
      <w:r>
        <w:rPr>
          <w:b w:val="0"/>
          <w:sz w:val="22"/>
        </w:rPr>
        <w:t>Portanto, com a superação dos fatos que ensejaram a concessão da medida, mostra-se juridicamente cabível a revogação da mesma.</w:t>
      </w:r>
    </w:p>
    <w:p/>
    <w:p>
      <w:r>
        <w:rPr>
          <w:b/>
          <w:sz w:val="22"/>
        </w:rPr>
        <w:t>III – DO PEDIDO</w:t>
      </w:r>
    </w:p>
    <w:p/>
    <w:p>
      <w:pPr>
        <w:ind w:left="567"/>
      </w:pPr>
      <w:r>
        <w:rPr>
          <w:b w:val="0"/>
          <w:sz w:val="22"/>
        </w:rPr>
        <w:t>Diante do exposto, requer:</w:t>
      </w:r>
    </w:p>
    <w:p/>
    <w:p>
      <w:pPr>
        <w:ind w:left="567"/>
      </w:pPr>
      <w:r>
        <w:rPr>
          <w:b w:val="0"/>
          <w:sz w:val="22"/>
        </w:rPr>
        <w:t>1. A revogação da medida protetiva concedida nos autos da ação nº ____________, em face do(a) Requerido(a),</w:t>
      </w:r>
    </w:p>
    <w:p/>
    <w:p>
      <w:pPr>
        <w:ind w:left="567"/>
      </w:pPr>
      <w:r>
        <w:rPr>
          <w:b w:val="0"/>
          <w:sz w:val="22"/>
        </w:rPr>
        <w:t>2. A intimação do Ministério Público para que se manifeste sobre o presente pedido,</w:t>
      </w:r>
    </w:p>
    <w:p/>
    <w:p>
      <w:pPr>
        <w:ind w:left="567"/>
      </w:pPr>
      <w:r>
        <w:rPr>
          <w:b w:val="0"/>
          <w:sz w:val="22"/>
        </w:rPr>
        <w:t>3. A concessão dos benefícios da justiça gratuita, caso necessário, por ser o(a) Requerente pessoa pobre na forma da lei,</w:t>
      </w:r>
    </w:p>
    <w:p/>
    <w:p>
      <w:pPr>
        <w:ind w:left="567"/>
      </w:pPr>
      <w:r>
        <w:rPr>
          <w:b w:val="0"/>
          <w:sz w:val="22"/>
        </w:rPr>
        <w:t>4. A juntada de documentos que comprovam a reconciliação e o cumprimento das medidas anteriormente impostas,</w:t>
      </w:r>
    </w:p>
    <w:p/>
    <w:p>
      <w:pPr>
        <w:ind w:left="567"/>
      </w:pPr>
      <w:r>
        <w:rPr>
          <w:b w:val="0"/>
          <w:sz w:val="22"/>
        </w:rPr>
        <w:t>5. A intimação das partes para ciência da decisão que vier a ser proferida.</w:t>
      </w:r>
    </w:p>
    <w:p/>
    <w:p/>
    <w:p/>
    <w:p>
      <w:pPr>
        <w:jc w:val="center"/>
      </w:pPr>
      <w:r>
        <w:rPr>
          <w:b w:val="0"/>
          <w:sz w:val="22"/>
        </w:rPr>
        <w:t>__________________________, __________________________</w:t>
      </w:r>
    </w:p>
    <w:p>
      <w:pPr>
        <w:jc w:val="center"/>
      </w:pPr>
      <w:r>
        <w:rPr>
          <w:b w:val="0"/>
          <w:sz w:val="22"/>
        </w:rPr>
        <w:t>Local                                 Assinatura do(a) Requerente</w:t>
      </w:r>
    </w:p>
    <w:p/>
    <w:p/>
    <w:p/>
    <w:p>
      <w:pPr>
        <w:jc w:val="center"/>
      </w:pPr>
      <w:r>
        <w:rPr>
          <w:b w:val="0"/>
          <w:sz w:val="22"/>
        </w:rPr>
        <w:t>_________________________________________</w:t>
      </w:r>
    </w:p>
    <w:p>
      <w:pPr>
        <w:jc w:val="center"/>
      </w:pPr>
      <w:r>
        <w:rPr>
          <w:b w:val="0"/>
          <w:sz w:val="22"/>
        </w:rPr>
        <w:t>Nome do(a) Advogado(a)</w:t>
      </w:r>
    </w:p>
    <w:p>
      <w:pPr>
        <w:jc w:val="center"/>
      </w:pPr>
      <w:r>
        <w:rPr>
          <w:b w:val="0"/>
          <w:sz w:val="22"/>
        </w:rPr>
        <w:t>OAB/___ nº __________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https://modelo-juris.com/pedido-de-revogacao-de-medida-protetiva/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https://modelo-juris.com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modelo-juris.com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odelo-juris.com/pedido-de-revogacao-de-medida-protetiva/" TargetMode="External"/><Relationship Id="rId10" Type="http://schemas.openxmlformats.org/officeDocument/2006/relationships/hyperlink" Target="https://modelo-juri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