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QUEIXA-CRIME</w:t>
      </w:r>
    </w:p>
    <w:p/>
    <w:p>
      <w:r>
        <w:rPr>
          <w:b w:val="0"/>
          <w:sz w:val="20"/>
        </w:rPr>
        <w:t>EXCELENTÍSSIMO SENHOR DOUTOR JUIZ DE DIREITO DA ___ VARA CRIMINAL DA COMARCA DE ________________________________</w:t>
      </w:r>
    </w:p>
    <w:p/>
    <w:p>
      <w:r>
        <w:rPr>
          <w:b w:val="0"/>
          <w:sz w:val="20"/>
        </w:rPr>
        <w:t>QUEIXOSA: ________________________________________________________________, brasileira, estado civil ________________, profissão ____________________________, portadora do RG nº ____________________ e CPF nº ___________________, residente e domiciliada na ________________________________________________________________, nº ______, bairro ____________________, cidade _____________________, CEP ____________, telefone ____________________, e-mail ________________________________,</w:t>
      </w:r>
    </w:p>
    <w:p/>
    <w:p>
      <w:r>
        <w:rPr>
          <w:b w:val="0"/>
          <w:sz w:val="20"/>
        </w:rPr>
        <w:t>QUEIXADO: ________________________________________________________________, brasileiro, estado civil ________________, profissão ____________________________, portador do RG nº ____________________ e CPF nº ___________________, residente e domiciliado na ________________________________________________________________, nº ______, bairro ____________________, cidade _____________________, CEP ____________,</w:t>
      </w:r>
    </w:p>
    <w:p/>
    <w:p>
      <w:r>
        <w:rPr>
          <w:b/>
          <w:sz w:val="22"/>
        </w:rPr>
        <w:t>DOS FATOS</w:t>
      </w:r>
    </w:p>
    <w:p/>
    <w:p>
      <w:r>
        <w:rPr>
          <w:b/>
          <w:sz w:val="20"/>
        </w:rPr>
        <w:t>A QUEIXOSA, na data de __/__/____, por volta das ___ horas, quando se encontrava em ________________________________________________________________, foi vítima do crime de ________________________________________________________________, praticado pelo QUEIXADO, conforme fatos a seguir descritos:</w:t>
      </w:r>
    </w:p>
    <w:p/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2"/>
        </w:rPr>
        <w:t>DO DIREITO</w:t>
      </w:r>
    </w:p>
    <w:p/>
    <w:p>
      <w:r>
        <w:rPr>
          <w:b/>
          <w:sz w:val="20"/>
        </w:rPr>
        <w:t>O QUEIXADO praticou, conforme narrado, o crime previsto no artigo ______ do Código Penal Brasileiro, que assim dispõe:</w:t>
      </w:r>
    </w:p>
    <w:p/>
    <w:p>
      <w:r>
        <w:rPr>
          <w:b w:val="0"/>
          <w:sz w:val="20"/>
        </w:rPr>
        <w:t>“____________________________________________________________________________________”</w:t>
      </w:r>
    </w:p>
    <w:p/>
    <w:p>
      <w:r>
        <w:rPr>
          <w:b w:val="0"/>
          <w:sz w:val="20"/>
        </w:rPr>
        <w:t>Diante disso, requer-se o recebimento da presente Queixa-Crime, com a citação do QUEIXADO para responder aos termos da ação penal privada, sob as penas da lei.</w:t>
      </w:r>
    </w:p>
    <w:p/>
    <w:p>
      <w:r>
        <w:rPr>
          <w:b/>
          <w:sz w:val="22"/>
        </w:rPr>
        <w:t>DOS PEDIDOS</w:t>
      </w:r>
    </w:p>
    <w:p/>
    <w:p>
      <w:r>
        <w:rPr>
          <w:b/>
          <w:sz w:val="20"/>
        </w:rPr>
        <w:t>Diante do exposto, a QUEIXOSA requer:</w:t>
      </w:r>
    </w:p>
    <w:p/>
    <w:p>
      <w:r>
        <w:rPr>
          <w:b w:val="0"/>
          <w:sz w:val="20"/>
        </w:rPr>
        <w:t>1. O recebimento da presente Queixa-Crime;</w:t>
      </w:r>
    </w:p>
    <w:p>
      <w:r>
        <w:rPr>
          <w:b w:val="0"/>
          <w:sz w:val="20"/>
        </w:rPr>
        <w:t>2. A citação do QUEIXADO para responder à presente ação penal privada;</w:t>
      </w:r>
    </w:p>
    <w:p>
      <w:r>
        <w:rPr>
          <w:b w:val="0"/>
          <w:sz w:val="20"/>
        </w:rPr>
        <w:t>3. A condenação do QUEIXADO nas sanções penais cabíveis;</w:t>
      </w:r>
    </w:p>
    <w:p>
      <w:r>
        <w:rPr>
          <w:b w:val="0"/>
          <w:sz w:val="20"/>
        </w:rPr>
        <w:t>4. A produção de todas as provas admitidas em direito, especialmente oitiva de testemunhas, perícia, reconhecimento pessoal e demais que se fizerem necessárias;</w:t>
      </w:r>
    </w:p>
    <w:p>
      <w:r>
        <w:rPr>
          <w:b w:val="0"/>
          <w:sz w:val="20"/>
        </w:rPr>
        <w:t>5. A intimação do Ministério Público para que acompanhe o feito, na forma da lei;</w:t>
      </w:r>
    </w:p>
    <w:p/>
    <w:p>
      <w:r>
        <w:rPr>
          <w:b/>
          <w:sz w:val="22"/>
        </w:rPr>
        <w:t>PROTESTA POR PROVAS</w:t>
      </w:r>
    </w:p>
    <w:p/>
    <w:p>
      <w:r>
        <w:rPr>
          <w:b w:val="0"/>
          <w:sz w:val="20"/>
        </w:rPr>
        <w:t>Protesta provar o alegado por todos os meios de prova admitidos em direito, em especial prova testemunhal, pericial, documental e oitiva do acusado.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______________________ de ________.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QUEIXOSA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https://modelo-juris.com/peticao-queixa-crime/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queixa-crime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