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PETIÇÃO INICIAL - RECLAMAÇÃO TRABALHISTA</w:t>
      </w:r>
    </w:p>
    <w:p/>
    <w:p/>
    <w:p>
      <w:r>
        <w:rPr>
          <w:b/>
          <w:sz w:val="20"/>
        </w:rPr>
        <w:t>EXCELENTÍSSIMO(A) SENHOR(A) DOUTOR(A) JUIZ(A) DO TRABALHO DA ___ VARA DO TRABALHO DE _______________________________</w:t>
      </w:r>
    </w:p>
    <w:p/>
    <w:p>
      <w:r>
        <w:rPr>
          <w:b/>
          <w:sz w:val="22"/>
        </w:rPr>
        <w:t>RECLAMANTE:</w:t>
      </w:r>
    </w:p>
    <w:p>
      <w:r>
        <w:rPr>
          <w:b w:val="0"/>
          <w:sz w:val="20"/>
        </w:rPr>
        <w:t>Nome completo: ________________________________________________________________</w:t>
      </w:r>
    </w:p>
    <w:p>
      <w:r>
        <w:rPr>
          <w:b w:val="0"/>
          <w:sz w:val="20"/>
        </w:rPr>
        <w:t>Nacionalidade: _________________________________________________________________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____________________________________________________________________</w:t>
      </w:r>
    </w:p>
    <w:p>
      <w:r>
        <w:rPr>
          <w:b w:val="0"/>
          <w:sz w:val="20"/>
        </w:rPr>
        <w:t>Documento de Identidade (RG): 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__________________________________________________________________________</w:t>
      </w:r>
    </w:p>
    <w:p>
      <w:r>
        <w:rPr>
          <w:b w:val="0"/>
          <w:sz w:val="20"/>
        </w:rPr>
        <w:t>CTPS nº: __________________ Série: __________ UF: ________</w:t>
      </w:r>
    </w:p>
    <w:p>
      <w:r>
        <w:rPr>
          <w:b w:val="0"/>
          <w:sz w:val="20"/>
        </w:rPr>
        <w:t>PIS/PASEP: ____________________________________________________________________</w:t>
      </w:r>
    </w:p>
    <w:p>
      <w:r>
        <w:rPr>
          <w:b w:val="0"/>
          <w:sz w:val="20"/>
        </w:rPr>
        <w:t>Data de nascimento: ___/___/____</w:t>
      </w:r>
    </w:p>
    <w:p>
      <w:r>
        <w:rPr>
          <w:b w:val="0"/>
          <w:sz w:val="20"/>
        </w:rPr>
        <w:t>Endereço completo: _____________________________________________________________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_______________________________________________________________________</w:t>
      </w:r>
    </w:p>
    <w:p/>
    <w:p>
      <w:r>
        <w:rPr>
          <w:b/>
          <w:sz w:val="22"/>
        </w:rPr>
        <w:t>RECLAMADA:</w:t>
      </w:r>
    </w:p>
    <w:p>
      <w:r>
        <w:rPr>
          <w:b w:val="0"/>
          <w:sz w:val="20"/>
        </w:rPr>
        <w:t>Razão Social: _________________________________________________________________</w:t>
      </w:r>
    </w:p>
    <w:p>
      <w:r>
        <w:rPr>
          <w:b w:val="0"/>
          <w:sz w:val="20"/>
        </w:rPr>
        <w:t>CNPJ: ________________________________________________________________________</w:t>
      </w:r>
    </w:p>
    <w:p>
      <w:r>
        <w:rPr>
          <w:b w:val="0"/>
          <w:sz w:val="20"/>
        </w:rPr>
        <w:t>Inscrição Estadual: 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_____________________________________________________________</w:t>
      </w:r>
    </w:p>
    <w:p>
      <w:r>
        <w:rPr>
          <w:b w:val="0"/>
          <w:sz w:val="20"/>
        </w:rPr>
        <w:t>Ramo de atividade: _____________________________________________________________</w:t>
      </w:r>
    </w:p>
    <w:p/>
    <w:p/>
    <w:p>
      <w:r>
        <w:rPr>
          <w:b/>
          <w:sz w:val="22"/>
        </w:rPr>
        <w:t>I – DOS FATOS</w:t>
      </w:r>
    </w:p>
    <w:p/>
    <w:p>
      <w:r>
        <w:rPr>
          <w:b w:val="0"/>
          <w:sz w:val="20"/>
        </w:rPr>
        <w:t>O Reclamante foi admitido pela Reclamada em ___/___/____ e dispensado em ___/___/____.</w:t>
      </w:r>
    </w:p>
    <w:p>
      <w:r>
        <w:rPr>
          <w:b w:val="0"/>
          <w:sz w:val="20"/>
        </w:rPr>
        <w:t>Exerceu a função de ___________________________________________________________, com último salário mensal no valor de R$ ________________.</w:t>
      </w:r>
    </w:p>
    <w:p/>
    <w:p>
      <w:r>
        <w:rPr>
          <w:b/>
          <w:sz w:val="20"/>
        </w:rPr>
        <w:t>Durante a vigência do contrato de trabalho, o Reclamante sofreu as seguintes situações:</w:t>
      </w:r>
    </w:p>
    <w:p>
      <w:r>
        <w:rPr>
          <w:b w:val="0"/>
          <w:sz w:val="20"/>
        </w:rPr>
        <w:t>1. Descrição das condições de trabalho, jornada, intervalos, adicionais e eventuais alterações contratuais.</w:t>
      </w:r>
    </w:p>
    <w:p>
      <w:r>
        <w:rPr>
          <w:b w:val="0"/>
          <w:sz w:val="20"/>
        </w:rPr>
        <w:t>2. Condições insalubres/periculosas, assédio moral, acidentes ou outras situações relevantes.</w:t>
      </w:r>
    </w:p>
    <w:p>
      <w:r>
        <w:rPr>
          <w:b w:val="0"/>
          <w:sz w:val="20"/>
        </w:rPr>
        <w:t>3. Motivo do desligamento: (demissão sem justa causa, justa causa, pedido de demissão, etc.).</w:t>
      </w:r>
    </w:p>
    <w:p/>
    <w:p/>
    <w:p>
      <w:r>
        <w:rPr>
          <w:b/>
          <w:sz w:val="22"/>
        </w:rPr>
        <w:t>II – DO DIREITO</w:t>
      </w:r>
    </w:p>
    <w:p/>
    <w:p>
      <w:r>
        <w:rPr>
          <w:b w:val="0"/>
          <w:sz w:val="20"/>
        </w:rPr>
        <w:t>O Reclamante fundamenta sua pretensão com base nas disposições da Consolidação das Leis do Trabalho (CLT), especialmente nos artigos: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Além disso, ampara-se nas Súmulas e Orientações Jurisprudenciais do Tribunal Superior do Trabalho (TST) aplicáveis: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E na Convenção Coletiva / Acordo Coletivo da categoria: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/>
    <w:p>
      <w:r>
        <w:rPr>
          <w:b/>
          <w:sz w:val="22"/>
        </w:rPr>
        <w:t>III – DAS PROVAS</w:t>
      </w:r>
    </w:p>
    <w:p/>
    <w:p>
      <w:r>
        <w:rPr>
          <w:b w:val="0"/>
          <w:sz w:val="20"/>
        </w:rPr>
        <w:t>Protesta provar o alegado por todos os meios de prova admitidos em direito, especialmente:</w:t>
      </w:r>
    </w:p>
    <w:p>
      <w:r>
        <w:rPr>
          <w:b w:val="0"/>
          <w:sz w:val="20"/>
        </w:rPr>
        <w:t>• Prova testemunhal;</w:t>
      </w:r>
    </w:p>
    <w:p>
      <w:r>
        <w:rPr>
          <w:b w:val="0"/>
          <w:sz w:val="20"/>
        </w:rPr>
        <w:t>• Prova documental;</w:t>
      </w:r>
    </w:p>
    <w:p>
      <w:r>
        <w:rPr>
          <w:b w:val="0"/>
          <w:sz w:val="20"/>
        </w:rPr>
        <w:t>• Perícia técnica, se necessária;</w:t>
      </w:r>
    </w:p>
    <w:p>
      <w:r>
        <w:rPr>
          <w:b w:val="0"/>
          <w:sz w:val="20"/>
        </w:rPr>
        <w:t>• Inspeção judicial;</w:t>
      </w:r>
    </w:p>
    <w:p>
      <w:r>
        <w:rPr>
          <w:b w:val="0"/>
          <w:sz w:val="20"/>
        </w:rPr>
        <w:t>• Depoimento pessoal do representante legal da Reclamada, sob pena de confissão.</w:t>
      </w:r>
    </w:p>
    <w:p/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dos fatos e fundamentos expostos, requer:</w:t>
      </w:r>
    </w:p>
    <w:p>
      <w:r>
        <w:rPr>
          <w:b w:val="0"/>
          <w:sz w:val="20"/>
        </w:rPr>
        <w:t>1. A citação da Reclamada para contestar a presente Reclamação Trabalhista, sob pena de revelia e confissão;</w:t>
      </w:r>
    </w:p>
    <w:p>
      <w:r>
        <w:rPr>
          <w:b w:val="0"/>
          <w:sz w:val="20"/>
        </w:rPr>
        <w:t>2. A condenação da Reclamada ao pagamento das seguintes verbas trabalhistas:</w:t>
      </w:r>
    </w:p>
    <w:p>
      <w:r>
        <w:rPr>
          <w:b w:val="0"/>
          <w:sz w:val="20"/>
        </w:rPr>
        <w:t xml:space="preserve">   - Aviso prévio (trabalhado ou indenizado);</w:t>
      </w:r>
    </w:p>
    <w:p>
      <w:r>
        <w:rPr>
          <w:b w:val="0"/>
          <w:sz w:val="20"/>
        </w:rPr>
        <w:t xml:space="preserve">   - 13º salário proporcional;</w:t>
      </w:r>
    </w:p>
    <w:p>
      <w:r>
        <w:rPr>
          <w:b w:val="0"/>
          <w:sz w:val="20"/>
        </w:rPr>
        <w:t xml:space="preserve">   - Férias proporcionais + 1/3 constitucional;</w:t>
      </w:r>
    </w:p>
    <w:p>
      <w:r>
        <w:rPr>
          <w:b w:val="0"/>
          <w:sz w:val="20"/>
        </w:rPr>
        <w:t xml:space="preserve">   - Saldo de salário;</w:t>
      </w:r>
    </w:p>
    <w:p>
      <w:r>
        <w:rPr>
          <w:b w:val="0"/>
          <w:sz w:val="20"/>
        </w:rPr>
        <w:t xml:space="preserve">   - FGTS + multa de 40%;</w:t>
      </w:r>
    </w:p>
    <w:p>
      <w:r>
        <w:rPr>
          <w:b w:val="0"/>
          <w:sz w:val="20"/>
        </w:rPr>
        <w:t xml:space="preserve">   - Multa do artigo 477 da CLT;</w:t>
      </w:r>
    </w:p>
    <w:p>
      <w:r>
        <w:rPr>
          <w:b w:val="0"/>
          <w:sz w:val="20"/>
        </w:rPr>
        <w:t xml:space="preserve">   - Multa do artigo 467 da CLT;</w:t>
      </w:r>
    </w:p>
    <w:p>
      <w:r>
        <w:rPr>
          <w:b w:val="0"/>
          <w:sz w:val="20"/>
        </w:rPr>
        <w:t xml:space="preserve">   - Horas extras e reflexos (adicional noturno, insalubridade/periculosidade, se houver);</w:t>
      </w:r>
    </w:p>
    <w:p>
      <w:r>
        <w:rPr>
          <w:b w:val="0"/>
          <w:sz w:val="20"/>
        </w:rPr>
        <w:t xml:space="preserve">   - Indenização por danos morais, se for o caso;</w:t>
      </w:r>
    </w:p>
    <w:p>
      <w:r>
        <w:rPr>
          <w:b w:val="0"/>
          <w:sz w:val="20"/>
        </w:rPr>
        <w:t xml:space="preserve">   - Diferenças salariais;</w:t>
      </w:r>
    </w:p>
    <w:p>
      <w:r>
        <w:rPr>
          <w:b w:val="0"/>
          <w:sz w:val="20"/>
        </w:rPr>
        <w:t xml:space="preserve">   - Vale-transporte;</w:t>
      </w:r>
    </w:p>
    <w:p>
      <w:r>
        <w:rPr>
          <w:b w:val="0"/>
          <w:sz w:val="20"/>
        </w:rPr>
        <w:t xml:space="preserve">   - Vale-refeição/alimentação;</w:t>
      </w:r>
    </w:p>
    <w:p>
      <w:r>
        <w:rPr>
          <w:b w:val="0"/>
          <w:sz w:val="20"/>
        </w:rPr>
        <w:t xml:space="preserve">   - Indenização por não cadastramento/liberação do seguro-desemprego;</w:t>
      </w:r>
    </w:p>
    <w:p>
      <w:r>
        <w:rPr>
          <w:b w:val="0"/>
          <w:sz w:val="20"/>
        </w:rPr>
        <w:t xml:space="preserve">   - Outros (especificar): ______________________________________________________.</w:t>
      </w:r>
    </w:p>
    <w:p/>
    <w:p>
      <w:r>
        <w:rPr>
          <w:b w:val="0"/>
          <w:sz w:val="20"/>
        </w:rPr>
        <w:t>3. A entrega dos seguintes documentos:</w:t>
      </w:r>
    </w:p>
    <w:p>
      <w:r>
        <w:rPr>
          <w:b w:val="0"/>
          <w:sz w:val="20"/>
        </w:rPr>
        <w:t xml:space="preserve">   • CTPS devidamente anotada;</w:t>
      </w:r>
    </w:p>
    <w:p>
      <w:r>
        <w:rPr>
          <w:b w:val="0"/>
          <w:sz w:val="20"/>
        </w:rPr>
        <w:t xml:space="preserve">   • Guias para levantamento do FGTS;</w:t>
      </w:r>
    </w:p>
    <w:p>
      <w:r>
        <w:rPr>
          <w:b w:val="0"/>
          <w:sz w:val="20"/>
        </w:rPr>
        <w:t xml:space="preserve">   • Comunicado de dispensa para habilitação no seguro-desemprego;</w:t>
      </w:r>
    </w:p>
    <w:p>
      <w:r>
        <w:rPr>
          <w:b w:val="0"/>
          <w:sz w:val="20"/>
        </w:rPr>
        <w:t xml:space="preserve">   • Termos de rescisão de contrato de trabalho;</w:t>
      </w:r>
    </w:p>
    <w:p>
      <w:r>
        <w:rPr>
          <w:b w:val="0"/>
          <w:sz w:val="20"/>
        </w:rPr>
        <w:t xml:space="preserve">   • PPP – Perfil Profissiográfico Previdenciário.</w:t>
      </w:r>
    </w:p>
    <w:p/>
    <w:p>
      <w:r>
        <w:rPr>
          <w:b w:val="0"/>
          <w:sz w:val="20"/>
        </w:rPr>
        <w:t>4. Outros pedidos específicos:</w:t>
      </w:r>
    </w:p>
    <w:p>
      <w:r>
        <w:rPr>
          <w:b w:val="0"/>
          <w:sz w:val="20"/>
        </w:rPr>
        <w:t>__________________________________________________________________________________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__________________________________________________________________________________</w:t>
      </w:r>
    </w:p>
    <w:p/>
    <w:p/>
    <w:p>
      <w:r>
        <w:rPr>
          <w:b w:val="0"/>
          <w:sz w:val="20"/>
        </w:rPr>
        <w:t>5. Requer, ainda:</w:t>
      </w:r>
    </w:p>
    <w:p>
      <w:r>
        <w:rPr>
          <w:b w:val="0"/>
          <w:sz w:val="20"/>
        </w:rPr>
        <w:t>• Juros e correção monetária na forma da lei;</w:t>
      </w:r>
    </w:p>
    <w:p>
      <w:r>
        <w:rPr>
          <w:b w:val="0"/>
          <w:sz w:val="20"/>
        </w:rPr>
        <w:t>• Concessão dos benefícios da justiça gratuita, nos termos do artigo 790, §4º da CLT;</w:t>
      </w:r>
    </w:p>
    <w:p>
      <w:r>
        <w:rPr>
          <w:b w:val="0"/>
          <w:sz w:val="20"/>
        </w:rPr>
        <w:t>• Condenação da Reclamada ao pagamento de honorários advocatícios;</w:t>
      </w:r>
    </w:p>
    <w:p>
      <w:r>
        <w:rPr>
          <w:b w:val="0"/>
          <w:sz w:val="20"/>
        </w:rPr>
        <w:t>• Aplicação do artigo 523 do CPC em caso de não pagamento voluntário da condenação.</w:t>
      </w:r>
    </w:p>
    <w:p/>
    <w:p/>
    <w:p>
      <w:r>
        <w:rPr>
          <w:b/>
          <w:sz w:val="22"/>
        </w:rPr>
        <w:t>V – DO VALOR DA CAUSA</w:t>
      </w:r>
    </w:p>
    <w:p/>
    <w:p>
      <w:r>
        <w:rPr>
          <w:b w:val="0"/>
          <w:sz w:val="20"/>
        </w:rPr>
        <w:t>Dá-se à presente causa o valor de R$ _________________________ (valor meramente estimado para efeitos fiscais).</w:t>
      </w:r>
    </w:p>
    <w:p/>
    <w:p/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/>
    <w:p/>
    <w:p/>
    <w:p>
      <w:r>
        <w:rPr>
          <w:b w:val="0"/>
          <w:sz w:val="20"/>
        </w:rPr>
        <w:t>______________________________                               ______________________________</w:t>
      </w:r>
    </w:p>
    <w:p>
      <w:r>
        <w:rPr>
          <w:b w:val="0"/>
          <w:sz w:val="20"/>
        </w:rPr>
        <w:t>Local                                                        Data</w:t>
      </w:r>
    </w:p>
    <w:p/>
    <w:p/>
    <w:p>
      <w:r>
        <w:rPr>
          <w:b w:val="0"/>
          <w:sz w:val="20"/>
        </w:rPr>
        <w:t>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https://modelo-juris.com/peticao-trabalhista/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https://modelo-juris.com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modelo-juris.com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-juris.com/peticao-trabalhista/" TargetMode="External"/><Relationship Id="rId10" Type="http://schemas.openxmlformats.org/officeDocument/2006/relationships/hyperlink" Target="https://modelo-juri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