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DE PLENOS PODERES</w:t>
      </w:r>
    </w:p>
    <w:p/>
    <w:p/>
    <w:p>
      <w:r>
        <w:rPr>
          <w:b/>
          <w:i w:val="0"/>
          <w:sz w:val="22"/>
        </w:rPr>
        <w:t>OUTORGANTE: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Nome completo: 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_________________________________________________</w:t>
      </w:r>
    </w:p>
    <w:p>
      <w:r>
        <w:rPr>
          <w:b w:val="0"/>
          <w:i w:val="0"/>
          <w:sz w:val="22"/>
        </w:rPr>
        <w:t>Órgão Expedidor: ____________________ UF: _____________</w:t>
      </w:r>
    </w:p>
    <w:p>
      <w:r>
        <w:rPr>
          <w:b w:val="0"/>
          <w:i w:val="0"/>
          <w:sz w:val="22"/>
        </w:rPr>
        <w:t>CPF: ________________________________________________________________________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___________________________________________________________________</w:t>
      </w:r>
    </w:p>
    <w:p>
      <w:r>
        <w:rPr>
          <w:b w:val="0"/>
          <w:i w:val="0"/>
          <w:sz w:val="22"/>
        </w:rPr>
        <w:t>CEP: _____________________ Cidade: _______________________ Estado: ____________</w:t>
      </w:r>
    </w:p>
    <w:p/>
    <w:p>
      <w:r>
        <w:rPr>
          <w:b/>
          <w:i w:val="0"/>
          <w:sz w:val="22"/>
        </w:rPr>
        <w:t>OUTORGADO: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Nome completo: 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_________________________________________________</w:t>
      </w:r>
    </w:p>
    <w:p>
      <w:r>
        <w:rPr>
          <w:b w:val="0"/>
          <w:i w:val="0"/>
          <w:sz w:val="22"/>
        </w:rPr>
        <w:t>Órgão Expedidor: ____________________ UF: _____________</w:t>
      </w:r>
    </w:p>
    <w:p>
      <w:r>
        <w:rPr>
          <w:b w:val="0"/>
          <w:i w:val="0"/>
          <w:sz w:val="22"/>
        </w:rPr>
        <w:t>CPF: ________________________________________________________________________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___________________________________________________________________</w:t>
      </w:r>
    </w:p>
    <w:p>
      <w:r>
        <w:rPr>
          <w:b w:val="0"/>
          <w:i w:val="0"/>
          <w:sz w:val="22"/>
        </w:rPr>
        <w:t>CEP: _____________________ Cidade: _______________________ Estado: ____________</w:t>
      </w:r>
    </w:p>
    <w:p/>
    <w:p>
      <w:r>
        <w:rPr>
          <w:b/>
          <w:i w:val="0"/>
          <w:sz w:val="22"/>
        </w:rPr>
        <w:t>Pelo presente instrumento particular de procuração, o OUTORGANTE nomeia e constitui como seu bastante procurador o OUTORGADO, conferindo-lhe amplos, gerais e ilimitados poderes para o foro em geral, com a cláusula 'ad judicia' e 'extra', para representá-lo(a) perante quaisquer pessoas físicas ou jurídicas, órgãos públicos federais, estaduais e municipais, autarquias e empresas públicas, com poderes para:</w:t>
      </w:r>
    </w:p>
    <w:p/>
    <w:p>
      <w:r>
        <w:rPr>
          <w:b w:val="0"/>
          <w:i w:val="0"/>
          <w:sz w:val="22"/>
        </w:rPr>
        <w:t>1. Propor, contestar, reconvir, transigir, desistir, acordar, firmar compromissos e receber valores;</w:t>
      </w:r>
    </w:p>
    <w:p>
      <w:r>
        <w:rPr>
          <w:b w:val="0"/>
          <w:i w:val="0"/>
          <w:sz w:val="22"/>
        </w:rPr>
        <w:t>2. Assinar petições, requerimentos, declarações, contratos, documentos e demais atos necessários;</w:t>
      </w:r>
    </w:p>
    <w:p>
      <w:r>
        <w:rPr>
          <w:b w:val="0"/>
          <w:i w:val="0"/>
          <w:sz w:val="22"/>
        </w:rPr>
        <w:t>3. Receber citações, intimações e notificações judiciais e extrajudiciais;</w:t>
      </w:r>
    </w:p>
    <w:p>
      <w:r>
        <w:rPr>
          <w:b w:val="0"/>
          <w:i w:val="0"/>
          <w:sz w:val="22"/>
        </w:rPr>
        <w:t>4. Substabelecer, no todo ou em parte, com ou sem reservas de poderes;</w:t>
      </w:r>
    </w:p>
    <w:p>
      <w:r>
        <w:rPr>
          <w:b w:val="0"/>
          <w:i w:val="0"/>
          <w:sz w:val="22"/>
        </w:rPr>
        <w:t>5. Praticar todos os demais atos necessários ao fiel cumprimento deste mandato.</w:t>
      </w:r>
    </w:p>
    <w:p/>
    <w:p>
      <w:r>
        <w:rPr>
          <w:b w:val="0"/>
          <w:i w:val="0"/>
          <w:sz w:val="22"/>
        </w:rPr>
        <w:t>Esta procuração é válida para todos os fins de direito, inclusive para o recebimento de valores, com poderes para firmar recibos e dar quitação.</w:t>
      </w:r>
    </w:p>
    <w:p/>
    <w:p>
      <w:r>
        <w:rPr>
          <w:b w:val="0"/>
          <w:i w:val="0"/>
          <w:sz w:val="22"/>
        </w:rPr>
        <w:t>O presente mandato é outorgado em caráter irrevogável e irretratável, conferindo ao procurador poderes para o exercício do mandato até a sua expressa revogação pelo outorgante.</w:t>
      </w:r>
    </w:p>
    <w:p/>
    <w:p>
      <w:pPr>
        <w:jc w:val="center"/>
      </w:pPr>
      <w:r>
        <w:rPr>
          <w:b w:val="0"/>
          <w:i w:val="0"/>
          <w:sz w:val="22"/>
        </w:rPr>
        <w:t>Local e Data: ___________________________________________</w:t>
      </w:r>
    </w:p>
    <w:p/>
    <w:p>
      <w:pPr>
        <w:jc w:val="center"/>
      </w:pPr>
      <w:r>
        <w:rPr>
          <w:b w:val="0"/>
          <w:i w:val="0"/>
          <w:sz w:val="22"/>
        </w:rPr>
        <w:t>_________________________________________________________</w:t>
      </w:r>
    </w:p>
    <w:p>
      <w:r>
        <w:rPr>
          <w:b w:val="0"/>
          <w:i w:val="0"/>
          <w:sz w:val="22"/>
        </w:rPr>
        <w:t>ASSINATURA DO OUTORGANTE</w:t>
      </w:r>
    </w:p>
    <w:p/>
    <w:p>
      <w:r>
        <w:rPr>
          <w:b w:val="0"/>
          <w:i w:val="0"/>
          <w:sz w:val="22"/>
        </w:rPr>
        <w:t>Reconhecer firma do outorgante em cartório para validade jurídica.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https://modelo-juris.com/procuracao-de-plenos-poderes/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ocuracao-de-plenos-podere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