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PARA MATRÍCULA ESCOLAR</w:t>
      </w:r>
    </w:p>
    <w:p/>
    <w:p/>
    <w:p>
      <w:pPr>
        <w:jc w:val="both"/>
      </w:pPr>
      <w:r>
        <w:rPr>
          <w:b w:val="0"/>
          <w:sz w:val="22"/>
        </w:rPr>
        <w:t>Eu, ____________________________________________________________, brasileiro(a), portador(a) do RG nº ___________________________ e CPF nº ___________________________, residente e domiciliado(a) na ______________________________________________, nº ________, bairro ____________________, cidade ________________________, estado ____________, CEP ____________, na qualidade de responsável legal pelo(a) aluno(a) ____________________________________________________________, por meio desta, nomeio e constituo como meu bastante procurador(a) o(a) Sr.(a) ________________________________________________________, brasileiro(a), portador(a) do RG nº ___________________________ e CPF nº ___________________________, residente e domiciliado(a) na ______________________________________________, nº ________, bairro ____________________, cidade ________________________, estado ____________, CEP ____________, a quem confiro amplos poderes para realizar matrícula, rematrícula e demais procedimentos escolares referentes ao(a) aluno(a) acima qualificado(a), junto à instituição de ensino ____________________________________________________________.</w:t>
      </w:r>
    </w:p>
    <w:p/>
    <w:p>
      <w:r>
        <w:rPr>
          <w:b/>
          <w:sz w:val="22"/>
        </w:rPr>
        <w:t>PODERES:</w:t>
      </w:r>
    </w:p>
    <w:p>
      <w:pPr>
        <w:jc w:val="both"/>
      </w:pPr>
      <w:r>
        <w:rPr>
          <w:b w:val="0"/>
          <w:sz w:val="22"/>
        </w:rPr>
        <w:t>1. Realizar matrícula e rematrícula do(a) aluno(a) em quaisquer séries, turmas ou modalidades oferecidas pela instituição de ensino.</w:t>
        <w:br/>
        <w:t>2. Assinar contratos, termos, declarações e quaisquer documentos necessários à efetivação da matrícula e permanência do(a) aluno(a) na instituição.</w:t>
        <w:br/>
        <w:t>3. Solicitar e retirar documentos escolares, boletins, históricos, declarações e demais papéis relativos ao(a) aluno(a).</w:t>
        <w:br/>
        <w:t>4. Efetuar o pagamento de taxas, mensalidades e demais encargos relacionados à matrícula e frequência escolar.</w:t>
        <w:br/>
        <w:t>5. Praticar todos os atos necessários ao pleno exercício deste mandato, inclusive firmar compromissos e acordos junto à instituição de ensino.</w:t>
      </w:r>
    </w:p>
    <w:p/>
    <w:p>
      <w:pPr>
        <w:jc w:val="both"/>
      </w:pPr>
      <w:r>
        <w:rPr>
          <w:b w:val="0"/>
          <w:sz w:val="22"/>
        </w:rPr>
        <w:t>Esta procuração é válida para todos os fins relacionados à matrícula escolar do(a) aluno(a) acima mencionado(a), conferindo ao(à) procurador(a) poderes para agir em meu nome perante a instituição de ensino e órgãos públicos relacionados.</w:t>
      </w:r>
    </w:p>
    <w:p/>
    <w:p>
      <w:r>
        <w:rPr>
          <w:b w:val="0"/>
          <w:sz w:val="22"/>
        </w:rPr>
        <w:t>Local: _______________________________________</w:t>
      </w:r>
    </w:p>
    <w:p>
      <w:r>
        <w:rPr>
          <w:b w:val="0"/>
          <w:sz w:val="22"/>
        </w:rPr>
        <w:t>Responsável Legal: _______________________________________</w:t>
      </w:r>
    </w:p>
    <w:p>
      <w:r>
        <w:rPr>
          <w:b w:val="0"/>
          <w:sz w:val="22"/>
        </w:rPr>
        <w:t>CPF: ___________________________</w:t>
      </w:r>
    </w:p>
    <w:p/>
    <w:p/>
    <w:p>
      <w:pPr>
        <w:jc w:val="center"/>
      </w:pPr>
      <w:r>
        <w:rPr>
          <w:b w:val="0"/>
          <w:sz w:val="22"/>
        </w:rPr>
        <w:t>Assinatura do Responsável Legal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Procuração assinada na presença de duas testemunhas: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1:</w:t>
              <w:br/>
              <w:t>Nome: ______________________________________</w:t>
              <w:br/>
              <w:t>RG: ___________________________</w:t>
              <w:br/>
              <w:t>Assinatura: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Testemunha 2:</w:t>
              <w:br/>
              <w:t>Nome: ______________________________________</w:t>
              <w:br/>
              <w:t>RG: ___________________________</w:t>
              <w:br/>
              <w:t>Assinatura: 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Data: ____ / ____ / 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https://modelo-juris.com/procuracao-para-matricula-escolar/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rocuracao-para-matricula-escolar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