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VENDA DE IMÓVEL</w:t>
      </w:r>
    </w:p>
    <w:p/>
    <w:p/>
    <w:p>
      <w:pPr>
        <w:jc w:val="both"/>
      </w:pPr>
      <w:r>
        <w:rPr>
          <w:b w:val="0"/>
          <w:sz w:val="22"/>
        </w:rPr>
        <w:t>OUTORGANTE: ________________________________________________________________, brasileiro(a), estado civil ________________, profissão ________________________, portador(a) da Carteira de Identidade nº ____________________, expedida por ____________________, inscrito(a) no CPF/MF sob nº ____________________, residente e domiciliado(a) à ________________________________________________________________, nº ________, bairro ________________________, cidade ________________________, estado ________, CEP ________________.</w:t>
      </w:r>
    </w:p>
    <w:p/>
    <w:p>
      <w:pPr>
        <w:jc w:val="both"/>
      </w:pPr>
      <w:r>
        <w:rPr>
          <w:b w:val="0"/>
          <w:sz w:val="22"/>
        </w:rPr>
        <w:t>OUTORGADO: ________________________________________________________________, brasileiro(a), estado civil ________________, profissão ________________________, portador(a) da Carteira de Identidade nº ____________________, expedida por ____________________, inscrito(a) no CPF/MF sob nº ____________________, residente e domiciliado(a) à ________________________________________________________________, nº ________, bairro ________________________, cidade ________________________, estado ________, CEP ________________.</w:t>
      </w:r>
    </w:p>
    <w:p/>
    <w:p>
      <w:pPr>
        <w:jc w:val="both"/>
      </w:pPr>
      <w:r>
        <w:rPr>
          <w:b w:val="0"/>
          <w:sz w:val="22"/>
        </w:rPr>
        <w:t>Pelo presente instrumento particular de procuração, o OUTORGANTE nomeia e constitui seu bastante procurador o OUTORGADO, a quem confere poderes para vender o imóvel de sua propriedade, a saber:</w:t>
      </w:r>
    </w:p>
    <w:p/>
    <w:p>
      <w:pPr>
        <w:jc w:val="both"/>
      </w:pPr>
      <w:r>
        <w:rPr>
          <w:b w:val="0"/>
          <w:sz w:val="22"/>
        </w:rPr>
        <w:t>Imóvel situado à ________________________________________________________________, nº ________, bairro ________________________, cidade ________________________, estado ________, CEP ________________, registrado sob matrícula nº ________________ no Cartório de Registro de Imóveis de ________________________,</w:t>
      </w:r>
    </w:p>
    <w:p/>
    <w:p>
      <w:pPr>
        <w:jc w:val="both"/>
      </w:pPr>
      <w:r>
        <w:rPr>
          <w:b w:val="0"/>
          <w:sz w:val="22"/>
        </w:rPr>
        <w:t>com todas as suas benfeitorias, instalações, acessões e pertences, podendo o(a) procurador(a):</w:t>
      </w:r>
    </w:p>
    <w:p/>
    <w:p>
      <w:pPr>
        <w:jc w:val="both"/>
      </w:pPr>
      <w:r>
        <w:rPr>
          <w:b w:val="0"/>
          <w:sz w:val="22"/>
        </w:rPr>
        <w:t>1. Assinar contratos de compra e venda, escrituras públicas e documentos correlatos relativos ao referido imóvel;</w:t>
      </w:r>
    </w:p>
    <w:p>
      <w:pPr>
        <w:jc w:val="both"/>
      </w:pPr>
      <w:r>
        <w:rPr>
          <w:b w:val="0"/>
          <w:sz w:val="22"/>
        </w:rPr>
        <w:t>2. Negociar preço, conceder descontos, aceitar valores e condições de pagamento, inclusive parcelamento e sinal;</w:t>
      </w:r>
    </w:p>
    <w:p>
      <w:pPr>
        <w:jc w:val="both"/>
      </w:pPr>
      <w:r>
        <w:rPr>
          <w:b w:val="0"/>
          <w:sz w:val="22"/>
        </w:rPr>
        <w:t>3. Firmar recibos, dar quitação e promover a entrega do imóvel;</w:t>
      </w:r>
    </w:p>
    <w:p>
      <w:pPr>
        <w:jc w:val="both"/>
      </w:pPr>
      <w:r>
        <w:rPr>
          <w:b w:val="0"/>
          <w:sz w:val="22"/>
        </w:rPr>
        <w:t>4. Representar o OUTORGANTE perante quaisquer repartições públicas federais, estaduais e municipais, em especial perante o Cartório de Registro de Imóveis, Prefeituras, Secretaria da Fazenda, Receita Federal e demais órgãos competentes para tratar de assuntos relacionados ao imóvel objeto desta procuração;</w:t>
      </w:r>
    </w:p>
    <w:p>
      <w:pPr>
        <w:jc w:val="both"/>
      </w:pPr>
      <w:r>
        <w:rPr>
          <w:b w:val="0"/>
          <w:sz w:val="22"/>
        </w:rPr>
        <w:t>5. Praticar todos os atos necessários ao fiel cumprimento deste mandato;</w:t>
      </w:r>
    </w:p>
    <w:p/>
    <w:p>
      <w:pPr>
        <w:jc w:val="both"/>
      </w:pPr>
      <w:r>
        <w:rPr>
          <w:b w:val="0"/>
          <w:sz w:val="22"/>
        </w:rPr>
        <w:t>O presente mandato é outorgado em caráter irrevogável e irretratável, obrigando o OUTORGANTE a respeitar e cumprir todas as obrigações assumidas pelo OUTORGADO no exercício do presente mandato, inclusive após eventual venda do imóvel.</w:t>
      </w:r>
    </w:p>
    <w:p/>
    <w:p>
      <w:pPr>
        <w:jc w:val="both"/>
      </w:pPr>
      <w:r>
        <w:rPr>
          <w:b w:val="0"/>
          <w:sz w:val="22"/>
        </w:rPr>
        <w:t>Esta procuração é válida para todos os fins de direito, inclusive para fins de registro e averbação junto ao Cartório de Registro de Imóveis.</w:t>
      </w:r>
    </w:p>
    <w:p/>
    <w:p>
      <w:pPr>
        <w:jc w:val="both"/>
      </w:pPr>
      <w:r>
        <w:rPr>
          <w:b w:val="0"/>
          <w:sz w:val="22"/>
        </w:rPr>
        <w:t>E por estar justo e contratado, o OUTORGANTE assina a presente procuração em duas vias de igual teor e forma, na presença das testemunhas abaixo identificadas e assinadas.</w:t>
      </w:r>
    </w:p>
    <w:p/>
    <w:p/>
    <w:p>
      <w:pPr>
        <w:jc w:val="center"/>
      </w:pPr>
      <w:r>
        <w:rPr>
          <w:b w:val="0"/>
          <w:sz w:val="22"/>
        </w:rPr>
        <w:t>______________________________, ______________________ de ____________________ de ________.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both"/>
      </w:pPr>
      <w:r>
        <w:rPr>
          <w:b w:val="0"/>
          <w:sz w:val="22"/>
        </w:rPr>
        <w:t>OUTORGANTE</w:t>
      </w:r>
    </w:p>
    <w:p/>
    <w:p>
      <w:pPr>
        <w:jc w:val="both"/>
      </w:pPr>
      <w:r>
        <w:rPr>
          <w:b w:val="0"/>
          <w:sz w:val="22"/>
        </w:rPr>
        <w:t>Testemunhas:</w:t>
      </w:r>
    </w:p>
    <w:p/>
    <w:p>
      <w:pPr>
        <w:jc w:val="both"/>
      </w:pPr>
      <w:r>
        <w:rPr>
          <w:b w:val="0"/>
          <w:sz w:val="22"/>
        </w:rPr>
        <w:t>1) Nome: ____________________________________________   RG: ____________________________</w:t>
      </w:r>
    </w:p>
    <w:p>
      <w:pPr>
        <w:jc w:val="both"/>
      </w:pPr>
      <w:r>
        <w:rPr>
          <w:b w:val="0"/>
          <w:sz w:val="22"/>
        </w:rPr>
        <w:t xml:space="preserve">   Assinatura: ______________________________________</w:t>
      </w:r>
    </w:p>
    <w:p/>
    <w:p>
      <w:pPr>
        <w:jc w:val="both"/>
      </w:pPr>
      <w:r>
        <w:rPr>
          <w:b w:val="0"/>
          <w:sz w:val="22"/>
        </w:rPr>
        <w:t>2) Nome: ____________________________________________   RG: ____________________________</w:t>
      </w:r>
    </w:p>
    <w:p>
      <w:pPr>
        <w:jc w:val="both"/>
      </w:pPr>
      <w:r>
        <w:rPr>
          <w:b w:val="0"/>
          <w:sz w:val="22"/>
        </w:rPr>
        <w:t xml:space="preserve">   Assinatura: 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https://modelo-juris.com/procuracao-para-venda-de-imovel/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curacao-para-venda-de-imove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