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PROPOSTA DE HONORÁRIOS ADVOCATÍCIOS</w:t>
      </w:r>
    </w:p>
    <w:p/>
    <w:p/>
    <w:p>
      <w:r>
        <w:rPr>
          <w:b/>
          <w:i w:val="0"/>
          <w:sz w:val="20"/>
        </w:rPr>
        <w:t>À</w:t>
      </w:r>
    </w:p>
    <w:p>
      <w:r>
        <w:rPr>
          <w:b/>
          <w:i w:val="0"/>
          <w:sz w:val="20"/>
        </w:rPr>
        <w:t>Senhor(a) Cliente</w:t>
      </w:r>
    </w:p>
    <w:p>
      <w:r>
        <w:rPr>
          <w:b w:val="0"/>
          <w:i w:val="0"/>
          <w:sz w:val="20"/>
        </w:rPr>
        <w:t>Endereço: ________________________________________________</w:t>
      </w:r>
    </w:p>
    <w:p>
      <w:r>
        <w:rPr>
          <w:b w:val="0"/>
          <w:i w:val="0"/>
          <w:sz w:val="20"/>
        </w:rPr>
        <w:t>Cidade - UF: ______________________________________________</w:t>
      </w:r>
    </w:p>
    <w:p>
      <w:r>
        <w:rPr>
          <w:b w:val="0"/>
          <w:i w:val="0"/>
          <w:sz w:val="20"/>
        </w:rPr>
        <w:t>CEP: _______________</w:t>
      </w:r>
    </w:p>
    <w:p/>
    <w:p/>
    <w:p>
      <w:r>
        <w:rPr>
          <w:b w:val="0"/>
          <w:i w:val="0"/>
          <w:sz w:val="20"/>
        </w:rPr>
        <w:t>Prezado(a) Senhor(a),</w:t>
      </w:r>
    </w:p>
    <w:p/>
    <w:p>
      <w:r>
        <w:rPr>
          <w:b w:val="0"/>
          <w:i w:val="0"/>
          <w:sz w:val="20"/>
        </w:rPr>
        <w:t>Por meio desta, apresentamos a proposta para prestação de serviços advocatícios relacionados ao caso de interesse do(a) cliente, conforme detalhamento abaixo.</w:t>
      </w:r>
    </w:p>
    <w:p/>
    <w:p/>
    <w:p>
      <w:r>
        <w:rPr>
          <w:b/>
          <w:sz w:val="22"/>
        </w:rPr>
        <w:t>1. Objeto da Proposta</w:t>
      </w:r>
    </w:p>
    <w:p>
      <w:r>
        <w:rPr>
          <w:b w:val="0"/>
          <w:i w:val="0"/>
          <w:sz w:val="20"/>
        </w:rPr>
        <w:t>Os serviços jurídicos objeto desta proposta abrangem a assessoria, consultoria, elaboração de peças processuais, acompanhamento processual, e demais diligências necessárias para a defesa dos interesses do(a) cliente no âmbito do processo judicial/administrativo referente ao caso: _______________________________.</w:t>
      </w:r>
    </w:p>
    <w:p/>
    <w:p/>
    <w:p>
      <w:r>
        <w:rPr>
          <w:b/>
          <w:sz w:val="22"/>
        </w:rPr>
        <w:t>2. Honorários Advocatícios</w:t>
      </w:r>
    </w:p>
    <w:p>
      <w:r>
        <w:rPr>
          <w:b/>
          <w:i w:val="0"/>
          <w:sz w:val="20"/>
        </w:rPr>
        <w:t>2.1 Honorários Contratuais</w:t>
      </w:r>
    </w:p>
    <w:p>
      <w:r>
        <w:rPr>
          <w:b w:val="0"/>
          <w:i w:val="0"/>
          <w:sz w:val="20"/>
        </w:rPr>
        <w:t>Os honorários pelo serviço ora proposto serão fixados conforme as seguintes condições:</w:t>
      </w:r>
    </w:p>
    <w:p>
      <w:r>
        <w:rPr>
          <w:b w:val="0"/>
          <w:i w:val="0"/>
          <w:sz w:val="20"/>
        </w:rPr>
        <w:t>- Honorários iniciais (contratuais): R$ ________________________________</w:t>
      </w:r>
    </w:p>
    <w:p>
      <w:r>
        <w:rPr>
          <w:b w:val="0"/>
          <w:i w:val="0"/>
          <w:sz w:val="20"/>
        </w:rPr>
        <w:t>- Honorários de êxito (percentual sobre o proveito econômico): _____ %</w:t>
      </w:r>
    </w:p>
    <w:p>
      <w:r>
        <w:rPr>
          <w:b w:val="0"/>
          <w:i w:val="0"/>
          <w:sz w:val="20"/>
        </w:rPr>
        <w:t>- Forma de pagamento: _______________________________________________</w:t>
      </w:r>
    </w:p>
    <w:p>
      <w:r>
        <w:rPr>
          <w:b w:val="0"/>
          <w:i w:val="0"/>
          <w:sz w:val="20"/>
        </w:rPr>
        <w:t>Observa-se que os honorários de êxito serão devidos apenas na hipótese de resultado favorável, e que o pagamento dos honorários iniciais deverá ocorrer na forma e prazos pactuados.</w:t>
      </w:r>
    </w:p>
    <w:p/>
    <w:p>
      <w:r>
        <w:rPr>
          <w:b/>
          <w:i w:val="0"/>
          <w:sz w:val="20"/>
        </w:rPr>
        <w:t>2.2 Honorários Complementares</w:t>
      </w:r>
    </w:p>
    <w:p>
      <w:r>
        <w:rPr>
          <w:b w:val="0"/>
          <w:i w:val="0"/>
          <w:sz w:val="20"/>
        </w:rPr>
        <w:t>Caso haja necessidade de atuação em instâncias superiores, recursos ou outras demandas não previstas inicialmente, os honorários serão ajustados conforme nova negociação entre as partes.</w:t>
      </w:r>
    </w:p>
    <w:p/>
    <w:p/>
    <w:p>
      <w:r>
        <w:rPr>
          <w:b/>
          <w:sz w:val="22"/>
        </w:rPr>
        <w:t>3. Despesas</w:t>
      </w:r>
    </w:p>
    <w:p>
      <w:r>
        <w:rPr>
          <w:b w:val="0"/>
          <w:i w:val="0"/>
          <w:sz w:val="20"/>
        </w:rPr>
        <w:t>As despesas diretamente relacionadas à prestação dos serviços, tais como custas processuais, diligências, deslocamentos, autenticações, e outras, serão reembolsadas pelo(a) cliente mediante comprovação.</w:t>
      </w:r>
    </w:p>
    <w:p/>
    <w:p/>
    <w:p>
      <w:r>
        <w:rPr>
          <w:b/>
          <w:sz w:val="22"/>
        </w:rPr>
        <w:t>4. Prazo e Vigência</w:t>
      </w:r>
    </w:p>
    <w:p>
      <w:r>
        <w:rPr>
          <w:b w:val="0"/>
          <w:i w:val="0"/>
          <w:sz w:val="20"/>
        </w:rPr>
        <w:t>Esta proposta tem validade de 30 (trinta) dias a contar da data de sua apresentação. O contrato de prestação de serviços será firmado após aceitação desta proposta.</w:t>
      </w:r>
    </w:p>
    <w:p/>
    <w:p/>
    <w:p>
      <w:r>
        <w:rPr>
          <w:b/>
          <w:sz w:val="22"/>
        </w:rPr>
        <w:t>5. Condições Gerais</w:t>
      </w:r>
    </w:p>
    <w:p>
      <w:r>
        <w:rPr>
          <w:b w:val="0"/>
          <w:i w:val="0"/>
          <w:sz w:val="20"/>
        </w:rPr>
        <w:t>5.1 O(a) cliente declara que todas as informações fornecidas são verdadeiras e completas.</w:t>
      </w:r>
    </w:p>
    <w:p>
      <w:r>
        <w:rPr>
          <w:b w:val="0"/>
          <w:i w:val="0"/>
          <w:sz w:val="20"/>
        </w:rPr>
        <w:t>5.2 O advogado compromete-se a atuar com diligência, ética e transparência.</w:t>
      </w:r>
    </w:p>
    <w:p>
      <w:r>
        <w:rPr>
          <w:b w:val="0"/>
          <w:i w:val="0"/>
          <w:sz w:val="20"/>
        </w:rPr>
        <w:t>5.3 O presente documento não constitui contrato, que será formalizado posteriormente.</w:t>
      </w:r>
    </w:p>
    <w:p/>
    <w:p/>
    <w:p>
      <w:r>
        <w:rPr>
          <w:b/>
          <w:sz w:val="22"/>
        </w:rPr>
        <w:t>6. Foro</w:t>
      </w:r>
    </w:p>
    <w:p>
      <w:r>
        <w:rPr>
          <w:b w:val="0"/>
          <w:i w:val="0"/>
          <w:sz w:val="20"/>
        </w:rPr>
        <w:t>Para dirimir quaisquer dúvidas ou controvérsias decorrentes desta proposta ou do contrato a ser firmado, as partes elegem o foro da comarca de ____________________, com renúncia a qualquer outro, por mais privilegiado que seja.</w:t>
      </w:r>
    </w:p>
    <w:p/>
    <w:p/>
    <w:p/>
    <w:p>
      <w:r>
        <w:rPr>
          <w:b w:val="0"/>
          <w:i w:val="0"/>
          <w:sz w:val="20"/>
        </w:rPr>
        <w:t>__________________________, ____________________</w:t>
      </w:r>
    </w:p>
    <w:p>
      <w:r>
        <w:rPr>
          <w:b w:val="0"/>
          <w:i w:val="0"/>
          <w:sz w:val="20"/>
        </w:rPr>
        <w:t>Local                          Data</w:t>
      </w:r>
    </w:p>
    <w:p/>
    <w:p/>
    <w:p/>
    <w:p>
      <w:r>
        <w:rPr>
          <w:b w:val="0"/>
          <w:i w:val="0"/>
          <w:sz w:val="20"/>
        </w:rPr>
        <w:t>____________________________________________</w:t>
      </w:r>
    </w:p>
    <w:p>
      <w:r>
        <w:rPr>
          <w:b w:val="0"/>
          <w:i w:val="0"/>
          <w:sz w:val="20"/>
        </w:rPr>
        <w:t>Cliente</w:t>
      </w:r>
    </w:p>
    <w:p/>
    <w:p/>
    <w:p/>
    <w:p>
      <w:r>
        <w:rPr>
          <w:b w:val="0"/>
          <w:i w:val="0"/>
          <w:sz w:val="20"/>
        </w:rPr>
        <w:t>____________________________________________</w:t>
      </w:r>
    </w:p>
    <w:p>
      <w:r>
        <w:rPr>
          <w:b w:val="0"/>
          <w:i w:val="0"/>
          <w:sz w:val="20"/>
        </w:rPr>
        <w:t>Advogado(a)</w:t>
      </w:r>
    </w:p>
    <w:p>
      <w:r>
        <w:rPr>
          <w:b w:val="0"/>
          <w:i w:val="0"/>
          <w:sz w:val="20"/>
        </w:rPr>
        <w:t>OAB/___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https://modelo-juris.com/proposta-de-honorarios/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proposta-de-honorarios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