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PROPOSTA PARA LICITAÇÃO</w:t>
      </w:r>
    </w:p>
    <w:p/>
    <w:p/>
    <w:p>
      <w:r>
        <w:rPr>
          <w:b/>
          <w:sz w:val="22"/>
        </w:rPr>
        <w:t>I – DADOS DA EMPRESA PROPONENTE</w:t>
      </w:r>
    </w:p>
    <w:p/>
    <w:p>
      <w:r>
        <w:rPr>
          <w:b w:val="0"/>
          <w:sz w:val="20"/>
        </w:rPr>
        <w:t>Razão Social: ______________________________________________________________</w:t>
      </w:r>
    </w:p>
    <w:p>
      <w:r>
        <w:rPr>
          <w:b w:val="0"/>
          <w:sz w:val="20"/>
        </w:rPr>
        <w:t>Nome Fantasia: _____________________________________________________________</w:t>
      </w:r>
    </w:p>
    <w:p>
      <w:r>
        <w:rPr>
          <w:b w:val="0"/>
          <w:sz w:val="20"/>
        </w:rPr>
        <w:t>CNPJ: ____________________________________________________________________</w:t>
      </w:r>
    </w:p>
    <w:p>
      <w:r>
        <w:rPr>
          <w:b w:val="0"/>
          <w:sz w:val="20"/>
        </w:rPr>
        <w:t>Inscrição Estadual/Municipal: _______________________________________________</w:t>
      </w:r>
    </w:p>
    <w:p>
      <w:r>
        <w:rPr>
          <w:b w:val="0"/>
          <w:sz w:val="20"/>
        </w:rPr>
        <w:t>Endereço Completo: ________________________________________________________</w:t>
      </w:r>
    </w:p>
    <w:p>
      <w:r>
        <w:rPr>
          <w:b w:val="0"/>
          <w:sz w:val="20"/>
        </w:rPr>
        <w:t>Cidade: ____________________________ UF: _______ CEP: ____________________</w:t>
      </w:r>
    </w:p>
    <w:p>
      <w:r>
        <w:rPr>
          <w:b w:val="0"/>
          <w:sz w:val="20"/>
        </w:rPr>
        <w:t>Telefone: __________________________ E-mail: ______________________________</w:t>
      </w:r>
    </w:p>
    <w:p>
      <w:r>
        <w:rPr>
          <w:b w:val="0"/>
          <w:sz w:val="20"/>
        </w:rPr>
        <w:t>Representante Legal: _______________________________________________________</w:t>
      </w:r>
    </w:p>
    <w:p>
      <w:r>
        <w:rPr>
          <w:b w:val="0"/>
          <w:sz w:val="20"/>
        </w:rPr>
        <w:t>Cargo: ____________________________________________________________________</w:t>
      </w:r>
    </w:p>
    <w:p>
      <w:r>
        <w:rPr>
          <w:b w:val="0"/>
          <w:sz w:val="20"/>
        </w:rPr>
        <w:t>CPF do Representante: ______________________________________________________</w:t>
      </w:r>
    </w:p>
    <w:p>
      <w:r>
        <w:rPr>
          <w:b w:val="0"/>
          <w:sz w:val="20"/>
        </w:rPr>
        <w:t>Documento de Identidade (RG/SSP): __________________________________________</w:t>
      </w:r>
    </w:p>
    <w:p/>
    <w:p>
      <w:r>
        <w:rPr>
          <w:b/>
          <w:sz w:val="22"/>
        </w:rPr>
        <w:t>II – DADOS DA LICITAÇÃO</w:t>
      </w:r>
    </w:p>
    <w:p/>
    <w:p>
      <w:r>
        <w:rPr>
          <w:b w:val="0"/>
          <w:sz w:val="20"/>
        </w:rPr>
        <w:t>Modalidade da Licitação: ___________________________________________________</w:t>
      </w:r>
    </w:p>
    <w:p>
      <w:r>
        <w:rPr>
          <w:b w:val="0"/>
          <w:sz w:val="20"/>
        </w:rPr>
        <w:t>Número do Processo Licitatório: ____________________________________________</w:t>
      </w:r>
    </w:p>
    <w:p>
      <w:r>
        <w:rPr>
          <w:b w:val="0"/>
          <w:sz w:val="20"/>
        </w:rPr>
        <w:t>Objeto da Licitação: _______________________________________________________</w:t>
      </w:r>
    </w:p>
    <w:p>
      <w:r>
        <w:rPr>
          <w:b w:val="0"/>
          <w:sz w:val="20"/>
        </w:rPr>
        <w:t>Órgão/Entidade Licitante: _________________________________________________</w:t>
      </w:r>
    </w:p>
    <w:p>
      <w:r>
        <w:rPr>
          <w:b w:val="0"/>
          <w:sz w:val="20"/>
        </w:rPr>
        <w:t>Endereço do Órgão: ________________________________________________________</w:t>
      </w:r>
    </w:p>
    <w:p>
      <w:r>
        <w:rPr>
          <w:b w:val="0"/>
          <w:sz w:val="20"/>
        </w:rPr>
        <w:t>Data e Hora da Sessão Pública: _____________________________________________</w:t>
      </w:r>
    </w:p>
    <w:p>
      <w:r>
        <w:rPr>
          <w:b w:val="0"/>
          <w:sz w:val="20"/>
        </w:rPr>
        <w:t>Local da Sessão Pública: ___________________________________________________</w:t>
      </w:r>
    </w:p>
    <w:p/>
    <w:p>
      <w:r>
        <w:rPr>
          <w:b/>
          <w:sz w:val="22"/>
        </w:rPr>
        <w:t>III – APRESENTAÇÃO DA PROPOSTA</w:t>
      </w:r>
    </w:p>
    <w:p/>
    <w:p>
      <w:r>
        <w:rPr>
          <w:b w:val="0"/>
          <w:sz w:val="20"/>
        </w:rPr>
        <w:t>A empresa acima qualificada, na qualidade de proponente, apresenta sua proposta para participação na licitação acima referida,</w:t>
      </w:r>
    </w:p>
    <w:p>
      <w:r>
        <w:rPr>
          <w:b w:val="0"/>
          <w:sz w:val="20"/>
        </w:rPr>
        <w:t>conforme as condições, especificações e exigências do edital, e declara que:</w:t>
      </w:r>
    </w:p>
    <w:p>
      <w:r>
        <w:rPr>
          <w:b w:val="0"/>
          <w:sz w:val="20"/>
        </w:rPr>
      </w:r>
    </w:p>
    <w:p>
      <w:r>
        <w:rPr>
          <w:b w:val="0"/>
          <w:sz w:val="20"/>
        </w:rPr>
        <w:t>1. Está ciente e aceita as condições estabelecidas no edital e seus anexos;</w:t>
      </w:r>
    </w:p>
    <w:p>
      <w:r>
        <w:rPr>
          <w:b w:val="0"/>
          <w:sz w:val="20"/>
        </w:rPr>
        <w:t>2. Apresenta a proposta comercial conforme segue: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324"/>
          </w:tcPr>
          <w:p>
            <w:r>
              <w:t>Item</w:t>
            </w:r>
          </w:p>
        </w:tc>
        <w:tc>
          <w:tcPr>
            <w:tcW w:type="dxa" w:w="3324"/>
          </w:tcPr>
          <w:p>
            <w:r>
              <w:t>Descrição</w:t>
            </w:r>
          </w:p>
        </w:tc>
        <w:tc>
          <w:tcPr>
            <w:tcW w:type="dxa" w:w="3324"/>
          </w:tcPr>
          <w:p>
            <w:r>
              <w:t>Valor (R$)</w:t>
            </w:r>
          </w:p>
        </w:tc>
      </w:tr>
      <w:tr>
        <w:tc>
          <w:tcPr>
            <w:tcW w:type="dxa" w:w="3324"/>
          </w:tcPr>
          <w:p>
            <w:r>
              <w:t>1</w:t>
            </w:r>
          </w:p>
        </w:tc>
        <w:tc>
          <w:tcPr>
            <w:tcW w:type="dxa" w:w="3324"/>
          </w:tcPr>
          <w:p>
            <w:r>
              <w:t>______________________________________________________________________</w:t>
            </w:r>
          </w:p>
        </w:tc>
        <w:tc>
          <w:tcPr>
            <w:tcW w:type="dxa" w:w="3324"/>
          </w:tcPr>
          <w:p>
            <w:r>
              <w:t>____________________</w:t>
            </w:r>
          </w:p>
        </w:tc>
      </w:tr>
    </w:tbl>
    <w:p/>
    <w:p/>
    <w:p>
      <w:r>
        <w:rPr>
          <w:b/>
          <w:sz w:val="22"/>
        </w:rPr>
        <w:t>IV – CONDIÇÕES COMERCIAIS</w:t>
      </w:r>
    </w:p>
    <w:p/>
    <w:p>
      <w:r>
        <w:rPr>
          <w:b w:val="0"/>
          <w:sz w:val="20"/>
        </w:rPr>
        <w:t>- Prazo de entrega: _________________________________________________________</w:t>
      </w:r>
    </w:p>
    <w:p>
      <w:r>
        <w:rPr>
          <w:b w:val="0"/>
          <w:sz w:val="20"/>
        </w:rPr>
        <w:t>- Validade da proposta: _____________________________________________________</w:t>
      </w:r>
    </w:p>
    <w:p>
      <w:r>
        <w:rPr>
          <w:b w:val="0"/>
          <w:sz w:val="20"/>
        </w:rPr>
        <w:t>- Condições de pagamento: _________________________________________________</w:t>
      </w:r>
    </w:p>
    <w:p>
      <w:r>
        <w:rPr>
          <w:b w:val="0"/>
          <w:sz w:val="20"/>
        </w:rPr>
        <w:t>- Garantia oferecida: ______________________________________________________</w:t>
      </w:r>
    </w:p>
    <w:p>
      <w:r>
        <w:rPr>
          <w:b w:val="0"/>
          <w:sz w:val="20"/>
        </w:rPr>
        <w:t>- Multas e penalidades: _____________________________________________________</w:t>
      </w:r>
    </w:p>
    <w:p>
      <w:r>
        <w:rPr>
          <w:b w:val="0"/>
          <w:sz w:val="20"/>
        </w:rPr>
        <w:t>- Outras condições: _________________________________________________________</w:t>
      </w:r>
    </w:p>
    <w:p/>
    <w:p>
      <w:r>
        <w:rPr>
          <w:b/>
          <w:sz w:val="22"/>
        </w:rPr>
        <w:t>V – DECLARAÇÕES E CERTIFICAÇÕES</w:t>
      </w:r>
    </w:p>
    <w:p/>
    <w:p>
      <w:r>
        <w:rPr>
          <w:b w:val="0"/>
          <w:sz w:val="20"/>
        </w:rPr>
        <w:t>Declara, sob as penas da lei, que:</w:t>
      </w:r>
    </w:p>
    <w:p>
      <w:r>
        <w:rPr>
          <w:b w:val="0"/>
          <w:sz w:val="20"/>
        </w:rPr>
      </w:r>
    </w:p>
    <w:p>
      <w:r>
        <w:rPr>
          <w:b w:val="0"/>
          <w:sz w:val="20"/>
        </w:rPr>
        <w:t>a) Não está impedida de licitar ou contratar com a Administração Pública;</w:t>
      </w:r>
    </w:p>
    <w:p>
      <w:r>
        <w:rPr>
          <w:b w:val="0"/>
          <w:sz w:val="20"/>
        </w:rPr>
        <w:t>b) Está em situação regular com as Fazendas Federal, Estadual e Municipal;</w:t>
      </w:r>
    </w:p>
    <w:p>
      <w:r>
        <w:rPr>
          <w:b w:val="0"/>
          <w:sz w:val="20"/>
        </w:rPr>
        <w:t>c) Está em dia com as obrigações trabalhistas e previdenciárias;</w:t>
      </w:r>
    </w:p>
    <w:p>
      <w:r>
        <w:rPr>
          <w:b w:val="0"/>
          <w:sz w:val="20"/>
        </w:rPr>
        <w:t>d) Não possui falência, concordata, recuperação judicial ou extrajudicial;</w:t>
      </w:r>
    </w:p>
    <w:p>
      <w:r>
        <w:rPr>
          <w:b w:val="0"/>
          <w:sz w:val="20"/>
        </w:rPr>
        <w:t>e) Atende a todas as exigências do edital e seus anexos.</w:t>
      </w:r>
    </w:p>
    <w:p/>
    <w:p>
      <w:r>
        <w:rPr>
          <w:b/>
          <w:sz w:val="22"/>
        </w:rPr>
        <w:t>VI – DOCUMENTOS ANEXOS</w:t>
      </w:r>
    </w:p>
    <w:p/>
    <w:p>
      <w:r>
        <w:rPr>
          <w:b w:val="0"/>
          <w:sz w:val="20"/>
        </w:rPr>
        <w:t>Anexa-se à presente proposta a documentação exigida no edital, incluindo, mas não se limitando a:</w:t>
      </w:r>
    </w:p>
    <w:p>
      <w:r>
        <w:rPr>
          <w:b w:val="0"/>
          <w:sz w:val="20"/>
        </w:rPr>
      </w:r>
    </w:p>
    <w:p>
      <w:r>
        <w:rPr>
          <w:b w:val="0"/>
          <w:sz w:val="20"/>
        </w:rPr>
        <w:t>• Certidões negativas (fiscal, trabalhista, previdenciária);</w:t>
      </w:r>
    </w:p>
    <w:p>
      <w:r>
        <w:rPr>
          <w:b w:val="0"/>
          <w:sz w:val="20"/>
        </w:rPr>
        <w:t>• Documentação de habilitação jurídica e regularidade;</w:t>
      </w:r>
    </w:p>
    <w:p>
      <w:r>
        <w:rPr>
          <w:b w:val="0"/>
          <w:sz w:val="20"/>
        </w:rPr>
        <w:t>• Comprovação de qualificação técnica e econômico-financeira;</w:t>
      </w:r>
    </w:p>
    <w:p>
      <w:r>
        <w:rPr>
          <w:b w:val="0"/>
          <w:sz w:val="20"/>
        </w:rPr>
        <w:t>• Outros documentos solicitados no edital.</w:t>
      </w:r>
    </w:p>
    <w:p/>
    <w:p>
      <w:r>
        <w:rPr>
          <w:b/>
          <w:sz w:val="22"/>
        </w:rPr>
        <w:t>VII – LOCAL E ASSINATURA</w:t>
      </w:r>
    </w:p>
    <w:p/>
    <w:p/>
    <w:p/>
    <w:p>
      <w:r>
        <w:rPr>
          <w:b w:val="0"/>
          <w:sz w:val="20"/>
        </w:rPr>
        <w:t>Local: ____________________________________________</w:t>
      </w:r>
    </w:p>
    <w:p>
      <w:r>
        <w:rPr>
          <w:b w:val="0"/>
          <w:sz w:val="20"/>
        </w:rPr>
        <w:t>Data: ____________________________________________</w:t>
      </w:r>
    </w:p>
    <w:p/>
    <w:p/>
    <w:p/>
    <w:p/>
    <w:p>
      <w:pPr>
        <w:jc w:val="center"/>
      </w:pPr>
      <w:r>
        <w:rPr>
          <w:b w:val="0"/>
          <w:sz w:val="20"/>
        </w:rPr>
        <w:t>_______________________________________________</w:t>
      </w:r>
    </w:p>
    <w:p>
      <w:pPr>
        <w:jc w:val="center"/>
      </w:pPr>
      <w:r>
        <w:rPr>
          <w:b w:val="0"/>
          <w:sz w:val="20"/>
        </w:rPr>
        <w:t>Assinatura do Representante Legal</w:t>
      </w:r>
    </w:p>
    <w:p>
      <w:pPr>
        <w:jc w:val="center"/>
      </w:pPr>
      <w:r>
        <w:rPr>
          <w:b w:val="0"/>
          <w:sz w:val="20"/>
        </w:rPr>
        <w:t>Nome: _______________________________________</w:t>
      </w:r>
    </w:p>
    <w:p>
      <w:pPr>
        <w:jc w:val="center"/>
      </w:pPr>
      <w:r>
        <w:rPr>
          <w:b w:val="0"/>
          <w:sz w:val="20"/>
        </w:rPr>
        <w:t>CPF: _________________________________________</w:t>
      </w:r>
    </w:p>
    <w:p>
      <w:pPr>
        <w:jc w:val="center"/>
      </w:pPr>
      <w:r>
        <w:rPr>
          <w:b w:val="0"/>
          <w:sz w:val="20"/>
        </w:rPr>
        <w:t>Cargo: _______________________________________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https://modelo-juris.com/proposta-para-licitacao/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https://modelo-juris.com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modelo-juris.com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ris.com/proposta-para-licitacao/" TargetMode="External"/><Relationship Id="rId10" Type="http://schemas.openxmlformats.org/officeDocument/2006/relationships/hyperlink" Target="https://modelo-juri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