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RECIBO DE DEVOLUÇÃO DE DINHEIRO</w:t>
      </w:r>
    </w:p>
    <w:p/>
    <w:p/>
    <w:p>
      <w:r>
        <w:rPr>
          <w:b w:val="0"/>
          <w:sz w:val="22"/>
        </w:rPr>
        <w:t>Eu, ________________________________________________, brasileiro(a), portador(a) do RG nº _____________________ e CPF nº ____________________, residente e domiciliado(a) à ________________________________________________________________, declaro para os devidos fins que recebi de ________________________________________________, brasileiro(a), portador(a) do RG nº _____________________ e CPF nº ____________________, a quantia de R$ _____________________________ (__________________________________________________________), referente à devolução de dinheiro previamente entregue para finalidade de _________________________________________________________________________________.</w:t>
      </w:r>
    </w:p>
    <w:p/>
    <w:p>
      <w:r>
        <w:rPr>
          <w:b w:val="0"/>
          <w:sz w:val="22"/>
        </w:rPr>
        <w:t>Declaro ainda que esta quantia foi devolvida integralmente e que nada mais tenho a exigir ou reclamar a esse respeito, dando plena, geral e irrevogável quitação.</w:t>
      </w:r>
    </w:p>
    <w:p/>
    <w:p>
      <w:r>
        <w:rPr>
          <w:b w:val="0"/>
          <w:sz w:val="22"/>
        </w:rPr>
        <w:t>Este recibo é firmado em duas vias de igual teor, para que produza os seus jurídicos e legais efeitos.</w:t>
      </w:r>
    </w:p>
    <w:p/>
    <w:p>
      <w:r>
        <w:rPr>
          <w:b w:val="0"/>
          <w:sz w:val="22"/>
        </w:rPr>
        <w:t>Local: ____________________________________________</w:t>
      </w:r>
    </w:p>
    <w:p/>
    <w:p>
      <w:r>
        <w:rPr>
          <w:b w:val="0"/>
          <w:sz w:val="22"/>
        </w:rPr>
        <w:t>Data: ____ / ____ / ______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Assinatura do(a) Recebedor(a)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Assinatura do(a) Devolvedor(a)</w:t>
      </w:r>
    </w:p>
    <w:p/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1) Nome: ______________________________________    CPF: ___________________________    Assinatura: ____________________________</w:t>
      </w:r>
    </w:p>
    <w:p/>
    <w:p>
      <w:r>
        <w:rPr>
          <w:b w:val="0"/>
          <w:sz w:val="22"/>
        </w:rPr>
        <w:t>2) Nome: ______________________________________    CPF: ___________________________    Assinatura: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https://modelo-juris.com/recibo-de-devolucao-de-dinheiro/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recibo-de-devolucao-de-dinheir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