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RECLAMAÇÃO TRABALHISTA – ACÚMULO DE FUNÇÃO</w:t>
      </w:r>
    </w:p>
    <w:p/>
    <w:p/>
    <w:p>
      <w:pPr>
        <w:jc w:val="both"/>
      </w:pPr>
      <w:r>
        <w:rPr>
          <w:b/>
          <w:sz w:val="22"/>
        </w:rPr>
        <w:t>EXCELENTÍSSIMO(A) SENHOR(A) DOUTOR(A) JUIZ(A) DO TRABALHO DA ___ VARA DO TRABALHO DE ____________________</w:t>
      </w:r>
    </w:p>
    <w:p/>
    <w:p/>
    <w:p>
      <w:pPr>
        <w:jc w:val="both"/>
      </w:pPr>
      <w:r>
        <w:rPr>
          <w:b/>
          <w:sz w:val="22"/>
        </w:rPr>
        <w:t>RECLAMANTE:</w:t>
      </w:r>
    </w:p>
    <w:p>
      <w:pPr>
        <w:jc w:val="both"/>
      </w:pPr>
      <w:r>
        <w:rPr>
          <w:b w:val="0"/>
          <w:sz w:val="22"/>
        </w:rPr>
        <w:t>Nome: ____________________________________________________________</w:t>
      </w:r>
    </w:p>
    <w:p>
      <w:pPr>
        <w:jc w:val="both"/>
      </w:pPr>
      <w:r>
        <w:rPr>
          <w:b w:val="0"/>
          <w:sz w:val="22"/>
        </w:rPr>
        <w:t>Nacionalidade: ____________________________________________________</w:t>
      </w:r>
    </w:p>
    <w:p>
      <w:pPr>
        <w:jc w:val="both"/>
      </w:pPr>
      <w:r>
        <w:rPr>
          <w:b w:val="0"/>
          <w:sz w:val="22"/>
        </w:rPr>
        <w:t>Estado Civil: _____________________________________________________</w:t>
      </w:r>
    </w:p>
    <w:p>
      <w:pPr>
        <w:jc w:val="both"/>
      </w:pPr>
      <w:r>
        <w:rPr>
          <w:b w:val="0"/>
          <w:sz w:val="22"/>
        </w:rPr>
        <w:t>Profissão: _______________________________________________________</w:t>
      </w:r>
    </w:p>
    <w:p>
      <w:pPr>
        <w:jc w:val="both"/>
      </w:pPr>
      <w:r>
        <w:rPr>
          <w:b w:val="0"/>
          <w:sz w:val="22"/>
        </w:rPr>
        <w:t>Documento de Identidade (RG): _____________________________________</w:t>
      </w:r>
    </w:p>
    <w:p>
      <w:pPr>
        <w:jc w:val="both"/>
      </w:pPr>
      <w:r>
        <w:rPr>
          <w:b w:val="0"/>
          <w:sz w:val="22"/>
        </w:rPr>
        <w:t>CPF: _____________________________________________________________</w:t>
      </w:r>
    </w:p>
    <w:p>
      <w:pPr>
        <w:jc w:val="both"/>
      </w:pPr>
      <w:r>
        <w:rPr>
          <w:b w:val="0"/>
          <w:sz w:val="22"/>
        </w:rPr>
        <w:t>CTPS nº: ____________________ Série: ________ UF: ________________</w:t>
      </w:r>
    </w:p>
    <w:p>
      <w:pPr>
        <w:jc w:val="both"/>
      </w:pPr>
      <w:r>
        <w:rPr>
          <w:b w:val="0"/>
          <w:sz w:val="22"/>
        </w:rPr>
        <w:t>PIS/PASEP: _______________________________________________________</w:t>
      </w:r>
    </w:p>
    <w:p>
      <w:pPr>
        <w:jc w:val="both"/>
      </w:pPr>
      <w:r>
        <w:rPr>
          <w:b w:val="0"/>
          <w:sz w:val="22"/>
        </w:rPr>
        <w:t>Endereço Residencial: _____________________________________________</w:t>
      </w:r>
    </w:p>
    <w:p>
      <w:pPr>
        <w:jc w:val="both"/>
      </w:pPr>
      <w:r>
        <w:rPr>
          <w:b w:val="0"/>
          <w:sz w:val="22"/>
        </w:rPr>
        <w:t>Telefone: _________________________________________________________</w:t>
      </w:r>
    </w:p>
    <w:p>
      <w:pPr>
        <w:jc w:val="both"/>
      </w:pPr>
      <w:r>
        <w:rPr>
          <w:b w:val="0"/>
          <w:sz w:val="22"/>
        </w:rPr>
        <w:t>E-mail: ___________________________________________________________</w:t>
      </w:r>
    </w:p>
    <w:p/>
    <w:p/>
    <w:p>
      <w:pPr>
        <w:jc w:val="both"/>
      </w:pPr>
      <w:r>
        <w:rPr>
          <w:b/>
          <w:sz w:val="22"/>
        </w:rPr>
        <w:t>RECLAMADA:</w:t>
      </w:r>
    </w:p>
    <w:p>
      <w:pPr>
        <w:jc w:val="both"/>
      </w:pPr>
      <w:r>
        <w:rPr>
          <w:b w:val="0"/>
          <w:sz w:val="22"/>
        </w:rPr>
        <w:t>Razão Social: _____________________________________________________</w:t>
      </w:r>
    </w:p>
    <w:p>
      <w:pPr>
        <w:jc w:val="both"/>
      </w:pPr>
      <w:r>
        <w:rPr>
          <w:b w:val="0"/>
          <w:sz w:val="22"/>
        </w:rPr>
        <w:t>CNPJ: ____________________________________________________________</w:t>
      </w:r>
    </w:p>
    <w:p>
      <w:pPr>
        <w:jc w:val="both"/>
      </w:pPr>
      <w:r>
        <w:rPr>
          <w:b w:val="0"/>
          <w:sz w:val="22"/>
        </w:rPr>
        <w:t>Inscrição Estadual: _______________________________________________</w:t>
      </w:r>
    </w:p>
    <w:p>
      <w:pPr>
        <w:jc w:val="both"/>
      </w:pPr>
      <w:r>
        <w:rPr>
          <w:b w:val="0"/>
          <w:sz w:val="22"/>
        </w:rPr>
        <w:t>Endereço da Empresa: ______________________________________________</w:t>
      </w:r>
    </w:p>
    <w:p>
      <w:pPr>
        <w:jc w:val="both"/>
      </w:pPr>
      <w:r>
        <w:rPr>
          <w:b w:val="0"/>
          <w:sz w:val="22"/>
        </w:rPr>
        <w:t>Ramo de Atividade: ________________________________________________</w:t>
      </w:r>
    </w:p>
    <w:p/>
    <w:p/>
    <w:p>
      <w:pPr>
        <w:jc w:val="left"/>
      </w:pPr>
      <w:r>
        <w:rPr>
          <w:b/>
          <w:sz w:val="24"/>
        </w:rPr>
        <w:t>I - DOS FATOS</w:t>
      </w:r>
    </w:p>
    <w:p>
      <w:pPr>
        <w:jc w:val="both"/>
      </w:pPr>
      <w:r>
        <w:rPr>
          <w:b w:val="0"/>
          <w:sz w:val="22"/>
        </w:rPr>
        <w:t>O Reclamante foi admitido pela Reclamada em data de ___/___/_____, exercendo inicialmente a função de _____________________________.</w:t>
      </w:r>
    </w:p>
    <w:p>
      <w:pPr>
        <w:jc w:val="both"/>
      </w:pPr>
      <w:r>
        <w:rPr>
          <w:b w:val="0"/>
          <w:sz w:val="22"/>
        </w:rPr>
        <w:t>Com o passar do tempo, passou a desempenhar, cumulativamente, as funções de _______________________________________________, sem que tenha havido alteração contratual formal ou o pagamento das respectivas verbas e adicionais decorrentes dessa acumulação.</w:t>
      </w:r>
    </w:p>
    <w:p>
      <w:pPr>
        <w:jc w:val="both"/>
      </w:pPr>
      <w:r>
        <w:rPr>
          <w:b w:val="0"/>
          <w:sz w:val="22"/>
        </w:rPr>
        <w:t>Tal situação perdurou até a data de ___/___/_____, quando o Reclamante foi desligado/permanece até a presente data exercendo essas atividades.</w:t>
      </w:r>
    </w:p>
    <w:p>
      <w:pPr>
        <w:jc w:val="both"/>
      </w:pPr>
      <w:r>
        <w:rPr>
          <w:b w:val="0"/>
          <w:sz w:val="22"/>
        </w:rPr>
        <w:t>O acúmulo de função impõe sobre o Reclamante maior responsabilidade, maior carga de trabalho e maiores habilidades, sem a devida contraprestação financeira, configurando enriquecimento ilícito da Reclamada.</w:t>
      </w:r>
    </w:p>
    <w:p/>
    <w:p>
      <w:pPr>
        <w:jc w:val="left"/>
      </w:pPr>
      <w:r>
        <w:rPr>
          <w:b/>
          <w:sz w:val="24"/>
        </w:rPr>
        <w:t>II - DO DIREITO</w:t>
      </w:r>
    </w:p>
    <w:p>
      <w:pPr>
        <w:jc w:val="both"/>
      </w:pPr>
      <w:r>
        <w:rPr>
          <w:b w:val="0"/>
          <w:sz w:val="22"/>
        </w:rPr>
        <w:t>O artigo 456 da Consolidação das Leis do Trabalho (CLT) prevê que o empregador pode alterar as funções do empregado, desde que não haja prejuízo para este.</w:t>
      </w:r>
    </w:p>
    <w:p>
      <w:pPr>
        <w:jc w:val="both"/>
      </w:pPr>
      <w:r>
        <w:rPr>
          <w:b w:val="0"/>
          <w:sz w:val="22"/>
        </w:rPr>
        <w:t>No entanto, o acúmulo de função sem a devida contraprestação fere os princípios da boa-fé e da equidade, sendo direito do trabalhador o recebimento do adicional correspondente.</w:t>
      </w:r>
    </w:p>
    <w:p>
      <w:pPr>
        <w:jc w:val="both"/>
      </w:pPr>
      <w:r>
        <w:rPr>
          <w:b w:val="0"/>
          <w:sz w:val="22"/>
        </w:rPr>
        <w:t>A Súmula nº 372 do Tribunal Superior do Trabalho reconhece que o empregado que exerce atribuições de função diversa daquela para a qual foi contratado faz jus ao pagamento do respectivo adicional.</w:t>
      </w:r>
    </w:p>
    <w:p>
      <w:pPr>
        <w:jc w:val="both"/>
      </w:pPr>
      <w:r>
        <w:rPr>
          <w:b w:val="0"/>
          <w:sz w:val="22"/>
        </w:rPr>
        <w:t>Ademais, o pagamento do adicional por acúmulo de função possui natureza salarial, repercutindo em todas as verbas trabalhistas, como férias, 13º salário, FGTS, horas extras, entre outras.</w:t>
      </w:r>
    </w:p>
    <w:p/>
    <w:p>
      <w:pPr>
        <w:jc w:val="left"/>
      </w:pPr>
      <w:r>
        <w:rPr>
          <w:b/>
          <w:sz w:val="24"/>
        </w:rPr>
        <w:t>III - DOS PEDIDOS</w:t>
      </w:r>
    </w:p>
    <w:p>
      <w:pPr>
        <w:jc w:val="both"/>
      </w:pPr>
      <w:r>
        <w:rPr>
          <w:b w:val="0"/>
          <w:sz w:val="22"/>
        </w:rPr>
        <w:t>Diante do exposto, requer-se:</w:t>
      </w:r>
    </w:p>
    <w:p>
      <w:pPr>
        <w:jc w:val="both"/>
      </w:pPr>
      <w:r>
        <w:rPr>
          <w:b w:val="0"/>
          <w:sz w:val="22"/>
        </w:rPr>
        <w:t>1. A citação da Reclamada para apresentar defesa, sob pena de revelia e confissão quanto à matéria de fato;</w:t>
      </w:r>
    </w:p>
    <w:p>
      <w:pPr>
        <w:jc w:val="both"/>
      </w:pPr>
      <w:r>
        <w:rPr>
          <w:b w:val="0"/>
          <w:sz w:val="22"/>
        </w:rPr>
        <w:t>2. O reconhecimento judicial do acúmulo de função exercido pelo Reclamante durante o período de ___/___/_____ a ___/___/_____;</w:t>
      </w:r>
    </w:p>
    <w:p>
      <w:pPr>
        <w:jc w:val="both"/>
      </w:pPr>
      <w:r>
        <w:rPr>
          <w:b w:val="0"/>
          <w:sz w:val="22"/>
        </w:rPr>
        <w:t>3. A condenação da Reclamada ao pagamento do adicional por acúmulo de função, com reflexos em:</w:t>
      </w:r>
    </w:p>
    <w:p>
      <w:pPr>
        <w:jc w:val="both"/>
      </w:pPr>
      <w:r>
        <w:rPr>
          <w:b/>
          <w:sz w:val="22"/>
        </w:rPr>
        <w:t xml:space="preserve">   - Salário mensal;</w:t>
      </w:r>
    </w:p>
    <w:p>
      <w:pPr>
        <w:jc w:val="both"/>
      </w:pPr>
      <w:r>
        <w:rPr>
          <w:b w:val="0"/>
          <w:sz w:val="22"/>
        </w:rPr>
        <w:t xml:space="preserve">   - Horas extras e seus reflexos;</w:t>
      </w:r>
    </w:p>
    <w:p>
      <w:pPr>
        <w:jc w:val="both"/>
      </w:pPr>
      <w:r>
        <w:rPr>
          <w:b w:val="0"/>
          <w:sz w:val="22"/>
        </w:rPr>
        <w:t xml:space="preserve">   - 13º salário;</w:t>
      </w:r>
    </w:p>
    <w:p>
      <w:pPr>
        <w:jc w:val="both"/>
      </w:pPr>
      <w:r>
        <w:rPr>
          <w:b w:val="0"/>
          <w:sz w:val="22"/>
        </w:rPr>
        <w:t xml:space="preserve">   - Férias acrescidas de 1/3;</w:t>
      </w:r>
    </w:p>
    <w:p>
      <w:pPr>
        <w:jc w:val="both"/>
      </w:pPr>
      <w:r>
        <w:rPr>
          <w:b w:val="0"/>
          <w:sz w:val="22"/>
        </w:rPr>
        <w:t xml:space="preserve">   - FGTS e multa de 40%;</w:t>
      </w:r>
    </w:p>
    <w:p>
      <w:pPr>
        <w:jc w:val="both"/>
      </w:pPr>
      <w:r>
        <w:rPr>
          <w:b w:val="0"/>
          <w:sz w:val="22"/>
        </w:rPr>
        <w:t>4. A condenação da Reclamada ao pagamento das diferenças salariais decorrentes do acúmulo de função, devidamente atualizadas e com juros legais;</w:t>
      </w:r>
    </w:p>
    <w:p>
      <w:pPr>
        <w:jc w:val="both"/>
      </w:pPr>
      <w:r>
        <w:rPr>
          <w:b w:val="0"/>
          <w:sz w:val="22"/>
        </w:rPr>
        <w:t>5. A condenação da Reclamada ao pagamento das verbas rescisórias corretamente calculadas considerando o adicional de acúmulo de função, caso o Reclamante esteja desligado;</w:t>
      </w:r>
    </w:p>
    <w:p>
      <w:pPr>
        <w:jc w:val="both"/>
      </w:pPr>
      <w:r>
        <w:rPr>
          <w:b w:val="0"/>
          <w:sz w:val="22"/>
        </w:rPr>
        <w:t>6. A produção de todas as provas admitidas em direito, especialmente documental, testemunhal e pericial, se necessário;</w:t>
      </w:r>
    </w:p>
    <w:p>
      <w:pPr>
        <w:jc w:val="both"/>
      </w:pPr>
      <w:r>
        <w:rPr>
          <w:b w:val="0"/>
          <w:sz w:val="22"/>
        </w:rPr>
        <w:t>7. A concessão dos benefícios da justiça gratuita, nos termos do art. 790, §3º da CLT;</w:t>
      </w:r>
    </w:p>
    <w:p>
      <w:pPr>
        <w:jc w:val="both"/>
      </w:pPr>
      <w:r>
        <w:rPr>
          <w:b w:val="0"/>
          <w:sz w:val="22"/>
        </w:rPr>
        <w:t>8. A condenação da Reclamada ao pagamento de honorários advocatícios sucumbenciais;</w:t>
      </w:r>
    </w:p>
    <w:p>
      <w:pPr>
        <w:jc w:val="both"/>
      </w:pPr>
      <w:r>
        <w:rPr>
          <w:b w:val="0"/>
          <w:sz w:val="22"/>
        </w:rPr>
        <w:t>9. A aplicação da multa prevista no art. 477 da CLT, em caso de atraso no pagamento das verbas rescisórias.</w:t>
      </w:r>
    </w:p>
    <w:p/>
    <w:p>
      <w:pPr>
        <w:jc w:val="left"/>
      </w:pPr>
      <w:r>
        <w:rPr>
          <w:b/>
          <w:sz w:val="24"/>
        </w:rPr>
        <w:t>IV - DO VALOR DA CAUSA</w:t>
      </w:r>
    </w:p>
    <w:p>
      <w:pPr>
        <w:jc w:val="both"/>
      </w:pPr>
      <w:r>
        <w:rPr>
          <w:b w:val="0"/>
          <w:sz w:val="22"/>
        </w:rPr>
        <w:t>Dá-se à causa o valor de R$ __________________________ (valor aproximado), para efeitos fiscais e de alçada.</w:t>
      </w:r>
    </w:p>
    <w:p/>
    <w:p/>
    <w:p>
      <w:pPr>
        <w:jc w:val="both"/>
      </w:pPr>
      <w:r>
        <w:rPr>
          <w:b w:val="0"/>
          <w:sz w:val="22"/>
        </w:rPr>
        <w:t>Nestes termos,</w:t>
      </w:r>
    </w:p>
    <w:p>
      <w:pPr>
        <w:jc w:val="both"/>
      </w:pPr>
      <w:r>
        <w:rPr>
          <w:b w:val="0"/>
          <w:sz w:val="22"/>
        </w:rPr>
        <w:t>Pede deferimento.</w:t>
      </w:r>
    </w:p>
    <w:p/>
    <w:p/>
    <w:p/>
    <w:p>
      <w:pPr>
        <w:jc w:val="both"/>
      </w:pPr>
      <w:r>
        <w:rPr>
          <w:b w:val="0"/>
          <w:sz w:val="22"/>
        </w:rPr>
        <w:t>______________________________, ____ de ___________________ de _______.</w:t>
      </w:r>
    </w:p>
    <w:p/>
    <w:p/>
    <w:p>
      <w:pPr>
        <w:jc w:val="both"/>
      </w:pPr>
      <w:r>
        <w:rPr>
          <w:b w:val="0"/>
          <w:sz w:val="22"/>
        </w:rPr>
        <w:t>__________________________________________</w:t>
      </w:r>
    </w:p>
    <w:p>
      <w:pPr>
        <w:jc w:val="both"/>
      </w:pPr>
      <w:r>
        <w:rPr>
          <w:b w:val="0"/>
          <w:sz w:val="22"/>
        </w:rPr>
        <w:t>Advogado(a)</w:t>
      </w:r>
    </w:p>
    <w:p>
      <w:pPr>
        <w:jc w:val="both"/>
      </w:pPr>
      <w:r>
        <w:rPr>
          <w:b w:val="0"/>
          <w:sz w:val="22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https://modelo-juris.com/reclamacao-trabalhista-acumulo-de-funcao/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reclamacao-trabalhista-acumulo-de-funca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