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SOLICITAÇÃO DE VALE-TRANSPORTE</w:t>
      </w:r>
    </w:p>
    <w:p/>
    <w:p/>
    <w:p>
      <w:r>
        <w:rPr>
          <w:b w:val="0"/>
          <w:sz w:val="22"/>
        </w:rPr>
        <w:t>Eu, ________________________________________________________________,</w:t>
      </w:r>
    </w:p>
    <w:p>
      <w:r>
        <w:rPr>
          <w:b w:val="0"/>
          <w:sz w:val="22"/>
        </w:rPr>
        <w:t>portador(a) do CPF nº ____________________, RG nº _________________,</w:t>
      </w:r>
    </w:p>
    <w:p>
      <w:r>
        <w:rPr>
          <w:b w:val="0"/>
          <w:sz w:val="22"/>
        </w:rPr>
        <w:t>residente e domiciliado(a) à __________________________________________,</w:t>
      </w:r>
    </w:p>
    <w:p>
      <w:r>
        <w:rPr>
          <w:b w:val="0"/>
          <w:sz w:val="22"/>
        </w:rPr>
        <w:t>CEP: ________________, telefone para contato: ________________________,</w:t>
      </w:r>
    </w:p>
    <w:p>
      <w:r>
        <w:rPr>
          <w:b w:val="0"/>
          <w:sz w:val="22"/>
        </w:rPr>
        <w:t>na qualidade de empregado(a) da empresa __________________________________,</w:t>
      </w:r>
    </w:p>
    <w:p>
      <w:r>
        <w:rPr>
          <w:b w:val="0"/>
          <w:sz w:val="22"/>
        </w:rPr>
        <w:t>CNPJ nº ____________________, com endereço na ____________________________,</w:t>
      </w:r>
    </w:p>
    <w:p>
      <w:r>
        <w:rPr>
          <w:b w:val="0"/>
          <w:sz w:val="22"/>
        </w:rPr>
        <w:t>CEP: ________________, telefone: ______________________________________,</w:t>
      </w:r>
    </w:p>
    <w:p>
      <w:r>
        <w:rPr>
          <w:b w:val="0"/>
          <w:sz w:val="22"/>
        </w:rPr>
        <w:t>com fundamento na Lei nº 7.418/1985 e no Decreto nº 95.247/1987, venho, por meio desta, solicitar o benefício do vale-transporte,</w:t>
      </w:r>
    </w:p>
    <w:p>
      <w:r>
        <w:rPr>
          <w:b w:val="0"/>
          <w:sz w:val="22"/>
        </w:rPr>
        <w:t>para custear as despesas de deslocamento residência-trabalho e trabalho-residência, conforme as condições abaixo:</w:t>
      </w:r>
    </w:p>
    <w:p/>
    <w:p>
      <w:r>
        <w:rPr>
          <w:b/>
          <w:sz w:val="22"/>
        </w:rPr>
        <w:t>1. Trajeto a ser utilizado:</w:t>
      </w:r>
    </w:p>
    <w:p>
      <w:r>
        <w:rPr>
          <w:b w:val="0"/>
          <w:sz w:val="22"/>
        </w:rPr>
        <w:t xml:space="preserve">   - Ponto de partida (residência): ___________________________________________</w:t>
      </w:r>
    </w:p>
    <w:p>
      <w:r>
        <w:rPr>
          <w:b w:val="0"/>
          <w:sz w:val="22"/>
        </w:rPr>
        <w:t xml:space="preserve">   - Ponto de chegada (local de trabalho): _____________________________________</w:t>
      </w:r>
    </w:p>
    <w:p>
      <w:r>
        <w:rPr>
          <w:b w:val="0"/>
          <w:sz w:val="22"/>
        </w:rPr>
        <w:t xml:space="preserve">   - Meios de transporte utilizados e linhas (ônibus, metrô, trem etc.):</w:t>
      </w:r>
    </w:p>
    <w:p>
      <w:r>
        <w:rPr>
          <w:b w:val="0"/>
          <w:sz w:val="22"/>
        </w:rPr>
        <w:t xml:space="preserve">     ________________________________________________________________________</w:t>
      </w:r>
    </w:p>
    <w:p>
      <w:r>
        <w:rPr>
          <w:b w:val="0"/>
          <w:sz w:val="22"/>
        </w:rPr>
        <w:t xml:space="preserve">   - Quantidade de passagens necessárias por dia (ida e volta): ________________</w:t>
      </w:r>
    </w:p>
    <w:p>
      <w:r>
        <w:rPr>
          <w:b w:val="0"/>
          <w:sz w:val="22"/>
        </w:rPr>
        <w:t xml:space="preserve">   - Dias de trabalho por semana: _____________________________________________</w:t>
      </w:r>
    </w:p>
    <w:p>
      <w:r>
        <w:rPr>
          <w:b w:val="0"/>
          <w:sz w:val="22"/>
        </w:rPr>
        <w:t xml:space="preserve">   - Observações adicionais: _________________________________________________</w:t>
      </w:r>
    </w:p>
    <w:p/>
    <w:p>
      <w:r>
        <w:rPr>
          <w:b w:val="0"/>
          <w:sz w:val="22"/>
        </w:rPr>
        <w:t>2. Fundamentação Legal:</w:t>
      </w:r>
    </w:p>
    <w:p>
      <w:r>
        <w:rPr>
          <w:b w:val="0"/>
          <w:sz w:val="22"/>
        </w:rPr>
        <w:t xml:space="preserve">   Conforme a Lei nº 7.418, de 16 de dezembro de 1985, e o Decreto nº 95.247, de 17 de novembro de 1987,</w:t>
      </w:r>
    </w:p>
    <w:p>
      <w:r>
        <w:rPr>
          <w:b w:val="0"/>
          <w:sz w:val="22"/>
        </w:rPr>
        <w:t xml:space="preserve">   fica assegurado ao trabalhador o direito ao vale-transporte para deslocamento residência-trabalho e vice-versa,</w:t>
      </w:r>
    </w:p>
    <w:p>
      <w:r>
        <w:rPr>
          <w:b w:val="0"/>
          <w:sz w:val="22"/>
        </w:rPr>
        <w:t xml:space="preserve">   descontando-se do salário até 6% do seu valor, sendo a diferença custeada pelo empregador.</w:t>
      </w:r>
    </w:p>
    <w:p>
      <w:r>
        <w:rPr>
          <w:b w:val="0"/>
          <w:sz w:val="22"/>
        </w:rPr>
      </w:r>
    </w:p>
    <w:p>
      <w:r>
        <w:rPr>
          <w:b w:val="0"/>
          <w:sz w:val="22"/>
        </w:rPr>
        <w:t>3. Comprometo-me a utilizar o vale-transporte exclusivamente para deslocamento ao trabalho,</w:t>
      </w:r>
    </w:p>
    <w:p>
      <w:r>
        <w:rPr>
          <w:b w:val="0"/>
          <w:sz w:val="22"/>
        </w:rPr>
        <w:t xml:space="preserve">   sob pena de responder por eventual uso indevido.</w:t>
      </w:r>
    </w:p>
    <w:p/>
    <w:p>
      <w:r>
        <w:rPr>
          <w:b w:val="0"/>
          <w:sz w:val="22"/>
        </w:rPr>
        <w:t>Declaro que as informações acima prestadas são verdadeiras e que estou ciente das condições para</w:t>
      </w:r>
    </w:p>
    <w:p>
      <w:r>
        <w:rPr>
          <w:b w:val="0"/>
          <w:sz w:val="22"/>
        </w:rPr>
        <w:t>a concessão e utilização do vale-transporte, responsabilizando-me por qualquer informação falsa ou incorreta.</w:t>
      </w:r>
    </w:p>
    <w:p/>
    <w:p/>
    <w:p>
      <w:pPr>
        <w:jc w:val="center"/>
      </w:pPr>
      <w:r>
        <w:rPr>
          <w:b w:val="0"/>
          <w:sz w:val="22"/>
        </w:rPr>
        <w:t>______________________________________________</w:t>
      </w:r>
    </w:p>
    <w:p/>
    <w:p>
      <w:pPr>
        <w:jc w:val="center"/>
      </w:pPr>
      <w:r>
        <w:rPr>
          <w:b w:val="0"/>
          <w:sz w:val="22"/>
        </w:rPr>
        <w:t>Local e Data</w:t>
      </w:r>
    </w:p>
    <w:p/>
    <w:p>
      <w:pPr>
        <w:jc w:val="center"/>
      </w:pPr>
      <w:r>
        <w:rPr>
          <w:b w:val="0"/>
          <w:sz w:val="22"/>
        </w:rPr>
      </w:r>
    </w:p>
    <w:p/>
    <w:p>
      <w:pPr>
        <w:jc w:val="center"/>
      </w:pPr>
      <w:r>
        <w:rPr>
          <w:b w:val="0"/>
          <w:sz w:val="22"/>
        </w:rPr>
        <w:t>______________________________________________</w:t>
      </w:r>
    </w:p>
    <w:p/>
    <w:p>
      <w:pPr>
        <w:jc w:val="center"/>
      </w:pPr>
      <w:r>
        <w:rPr>
          <w:b w:val="0"/>
          <w:sz w:val="22"/>
        </w:rPr>
        <w:t>Assinatura do(a) empregado(a)</w:t>
      </w:r>
    </w:p>
    <w:p/>
    <w:p>
      <w:pPr>
        <w:jc w:val="center"/>
      </w:pPr>
      <w:r>
        <w:rPr>
          <w:b w:val="0"/>
          <w:sz w:val="22"/>
        </w:rPr>
      </w:r>
    </w:p>
    <w:p/>
    <w:p>
      <w:pPr>
        <w:jc w:val="center"/>
      </w:pPr>
      <w:r>
        <w:rPr>
          <w:b w:val="0"/>
          <w:sz w:val="22"/>
        </w:rPr>
        <w:t>______________________________________________</w:t>
      </w:r>
    </w:p>
    <w:p/>
    <w:p>
      <w:pPr>
        <w:jc w:val="center"/>
      </w:pPr>
      <w:r>
        <w:rPr>
          <w:b w:val="0"/>
          <w:sz w:val="22"/>
        </w:rPr>
        <w:t>Assinatura do(a) empregador(a) / responsável pela empresa</w:t>
      </w:r>
    </w:p>
    <w:p/>
    <w:p>
      <w:pPr>
        <w:jc w:val="center"/>
      </w:pPr>
      <w:r>
        <w:rPr>
          <w:b w:val="0"/>
          <w:sz w:val="22"/>
        </w:rPr>
      </w:r>
    </w:p>
    <w:p/>
    <w:p>
      <w:pPr>
        <w:jc w:val="center"/>
      </w:pPr>
      <w:r>
        <w:rPr>
          <w:b w:val="0"/>
          <w:sz w:val="22"/>
        </w:rPr>
        <w:t>Carimbo da empresa</w:t>
      </w:r>
    </w:p>
    <w:p/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https://modelo-juris.com/solicitacao-de-vale-transporte/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https://modelo-juris.com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modelo-juris.com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-juris.com/solicitacao-de-vale-transporte/" TargetMode="External"/><Relationship Id="rId10" Type="http://schemas.openxmlformats.org/officeDocument/2006/relationships/hyperlink" Target="https://modelo-juri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